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FROM DARKNESS INTO LIGHT</w:t>
      </w:r>
    </w:p>
    <w:p>
      <w:pPr>
        <w:jc w:val="center"/>
      </w:pPr>
      <w:r>
        <w:rPr>
          <w:b/>
        </w:rPr>
        <w:t>Upgraded Master Orchestration &amp; Songwriting Blueprint</w:t>
      </w:r>
    </w:p>
    <w:p>
      <w:pPr>
        <w:jc w:val="center"/>
      </w:pPr>
      <w:r>
        <w:t>Double Album • Original Rock / Blues-Rock / Progressive / Heavy-Rock Production • A=432 Hz reference tuning</w:t>
      </w:r>
    </w:p>
    <w:p>
      <w:pPr>
        <w:pStyle w:val="Heading1"/>
      </w:pPr>
      <w:r>
        <w:t>Master Production Philosophy</w:t>
      </w:r>
    </w:p>
    <w:p>
      <w:r>
        <w:t>The upgraded system treats the intended emotional destination as the starting point. Tempo, mode, harmony, rhythm, register, dynamics, articulation, timbre, instrumentation, arrangement density, space, melody, vocal delivery and resolution work together to create the emotional journey. The frequency concepts are used as symbolic/creative targets, not as claims that a particular frequency medically heals, repairs DNA, detoxifies the body, or automatically produces a specific neurological state.</w:t>
      </w:r>
    </w:p>
    <w:p>
      <w:r>
        <w:t>Core dramatic arc: disturbance → awareness → confrontation → choice → release → repentance → restoration → peace → hope. The spiritual-warfare progression is expressed musically as thought → entertainment → inclination → desire → obsession → intention → action → stronghold, followed by truth → righteous thought → meditation → obedience → wisdom → discernment.</w:t>
      </w:r>
    </w:p>
    <w:p>
      <w:r>
        <w:t>Professional-style principle: use broad techniques associated with classic rock, blues-rock, progressive rock and heavy rock without copying any particular artist, recording, riff or melody.</w:t>
      </w:r>
    </w:p>
    <w:p>
      <w:pPr>
        <w:pStyle w:val="Heading1"/>
      </w:pPr>
      <w:r>
        <w:t>Frequency / Emotional Design Map</w:t>
      </w:r>
    </w:p>
    <w:p>
      <w:pPr>
        <w:pStyle w:val="ListBullet"/>
      </w:pPr>
      <w:r>
        <w:t>639 Hz — symbolic target: connection, love, relationship, warmth, belonging. Favor intimate vocals, acoustic/piano foundations, warm bass, consonant harmony and gentle rhythmic motion.</w:t>
      </w:r>
    </w:p>
    <w:p>
      <w:pPr>
        <w:pStyle w:val="ListBullet"/>
      </w:pPr>
      <w:r>
        <w:t>741 Hz — symbolic target: clarity, discernment, mental clearing and purposeful action. Favor cleaner articulation, controlled repetition, transparent arrangements and harmonic movement from tension toward clarity.</w:t>
      </w:r>
    </w:p>
    <w:p>
      <w:pPr>
        <w:pStyle w:val="ListBullet"/>
      </w:pPr>
      <w:r>
        <w:t>852 Hz — symbolic target: awakening, spiritual order, intuition and calm introspection. Favor spacious textures, higher-register melodic material, sustained tones and gradual dynamic growth.</w:t>
      </w:r>
    </w:p>
    <w:p>
      <w:pPr>
        <w:pStyle w:val="ListBullet"/>
      </w:pPr>
      <w:r>
        <w:t>963 Hz — symbolic target: stillness, higher-consciousness imagery and connection. Favor very spacious arrangements, sustained harmony, harmonics, sparse percussion and long decay.</w:t>
      </w:r>
    </w:p>
    <w:p>
      <w:pPr>
        <w:pStyle w:val="ListBullet"/>
      </w:pPr>
      <w:r>
        <w:t>A=432 Hz — master tuning reference for the album. Keep all pitched instruments on one reference. This is a musical tuning choice, not a medical treatment.</w:t>
      </w:r>
    </w:p>
    <w:p>
      <w:r>
        <w:br w:type="page"/>
      </w:r>
    </w:p>
    <w:p>
      <w:pPr>
        <w:pStyle w:val="Heading1"/>
      </w:pPr>
      <w:r>
        <w:t>1. Bring It Into the Light</w:t>
      </w:r>
    </w:p>
    <w:p>
      <w:r>
        <w:rPr>
          <w:b/>
        </w:rPr>
        <w:t xml:space="preserve">E minor • 92 BPM • 4/4  •  </w:t>
      </w:r>
      <w:r>
        <w:rPr>
          <w:i/>
        </w:rPr>
        <w:t>741 Hz symbolic clarity / awakening</w:t>
      </w:r>
    </w:p>
    <w:p>
      <w:pPr>
        <w:pStyle w:val="Heading2"/>
      </w:pPr>
      <w:r>
        <w:t>Emotional / Spiritual Objective</w:t>
      </w:r>
    </w:p>
    <w:p>
      <w:r>
        <w:t>Expose what is hidden, move from fear and darkness toward truth and home.</w:t>
      </w:r>
    </w:p>
    <w:p>
      <w:pPr>
        <w:pStyle w:val="Heading2"/>
      </w:pPr>
      <w:r>
        <w:t>Instrument-by-Instrument Orchestration</w:t>
      </w:r>
    </w:p>
    <w:p>
      <w:pPr>
        <w:pStyle w:val="ListBullet"/>
      </w:pPr>
      <w:r>
        <w:rPr>
          <w:b/>
        </w:rPr>
        <w:t xml:space="preserve">Lead vocal: </w:t>
      </w:r>
      <w:r>
        <w:t>Begin close and restrained; leave breaths between lines. Build authority into the chorus without shouting every phrase. Final chorus opens into a confident, lifted delivery.</w:t>
      </w:r>
    </w:p>
    <w:p>
      <w:pPr>
        <w:pStyle w:val="ListBullet"/>
      </w:pPr>
      <w:r>
        <w:rPr>
          <w:b/>
        </w:rPr>
        <w:t xml:space="preserve">Acoustic guitar: </w:t>
      </w:r>
      <w:r>
        <w:t>Sparse fingerpicked or lightly picked foundation in the intro/verse. Add fuller strums only after the first chorus to preserve the light-from-darkness contrast.</w:t>
      </w:r>
    </w:p>
    <w:p>
      <w:pPr>
        <w:pStyle w:val="ListBullet"/>
      </w:pPr>
      <w:r>
        <w:rPr>
          <w:b/>
        </w:rPr>
        <w:t xml:space="preserve">Electric rhythm guitars: </w:t>
      </w:r>
      <w:r>
        <w:t>Clean low-E pedal and sparse harmonics in the intro. Verse uses tight palm-muted eighths. Open the voicings in the pre-chorus, then use wide sustained/distorted chords in the chorus.</w:t>
      </w:r>
    </w:p>
    <w:p>
      <w:pPr>
        <w:pStyle w:val="ListBullet"/>
      </w:pPr>
      <w:r>
        <w:rPr>
          <w:b/>
        </w:rPr>
        <w:t xml:space="preserve">Lead guitar: </w:t>
      </w:r>
      <w:r>
        <w:t>Answer the vocal with short octave phrases. Eight-bar melodic minor-pentatonic solo; singing bends and sustained notes rather than continuous shredding.</w:t>
      </w:r>
    </w:p>
    <w:p>
      <w:pPr>
        <w:pStyle w:val="ListBullet"/>
      </w:pPr>
      <w:r>
        <w:rPr>
          <w:b/>
        </w:rPr>
        <w:t xml:space="preserve">Bass: </w:t>
      </w:r>
      <w:r>
        <w:t>Follow root movement in the verse, then become more melodic approaching each chorus. Lock tightly with kick during the strongest sections.</w:t>
      </w:r>
    </w:p>
    <w:p>
      <w:pPr>
        <w:pStyle w:val="ListBullet"/>
      </w:pPr>
      <w:r>
        <w:rPr>
          <w:b/>
        </w:rPr>
        <w:t xml:space="preserve">Drums: </w:t>
      </w:r>
      <w:r>
        <w:t>Kick on 1/3 and snare on 2/4 in the main groove. Tom build every two bars in the pre-chorus; crashes mark chorus entrances. Pull back immediately after major accents.</w:t>
      </w:r>
    </w:p>
    <w:p>
      <w:pPr>
        <w:pStyle w:val="ListBullet"/>
      </w:pPr>
      <w:r>
        <w:rPr>
          <w:b/>
        </w:rPr>
        <w:t xml:space="preserve">Piano / pads: </w:t>
      </w:r>
      <w:r>
        <w:t>Very low-volume atmospheric support. Add sustained tones in the chorus and bridge, never masking the vocal.</w:t>
      </w:r>
    </w:p>
    <w:p>
      <w:pPr>
        <w:pStyle w:val="ListBullet"/>
      </w:pPr>
      <w:r>
        <w:rPr>
          <w:b/>
        </w:rPr>
        <w:t xml:space="preserve">Backing vocals: </w:t>
      </w:r>
      <w:r>
        <w:t>Single doubles in chorus one; stacked harmony on the final chorus. The final 'set free the soul' can receive a sustained response.</w:t>
      </w:r>
    </w:p>
    <w:p>
      <w:pPr>
        <w:pStyle w:val="Heading2"/>
      </w:pPr>
      <w:r>
        <w:t>Lyrics</w:t>
      </w:r>
    </w:p>
    <w:p>
      <w:pPr>
        <w:spacing w:after="100"/>
      </w:pPr>
      <w:r>
        <w:t>VERSE 1</w:t>
        <w:br/>
        <w:t>Bring it into the light; let every hidden thing be seen.</w:t>
        <w:br/>
        <w:t>I don't want chains upon my soul or darkness ruling me.</w:t>
        <w:br/>
        <w:t>Show me the fruit of every path; reveal what I've become.</w:t>
        <w:br/>
        <w:t>If I have wandered far from Yahweh, Father, lead me home.</w:t>
        <w:br/>
      </w:r>
    </w:p>
    <w:p>
      <w:pPr>
        <w:spacing w:after="100"/>
      </w:pPr>
      <w:r>
        <w:rPr>
          <w:b/>
        </w:rPr>
        <w:t>CHORUS</w:t>
        <w:br/>
      </w:r>
      <w:r>
        <w:t>Bring it into the light,</w:t>
        <w:br/>
      </w:r>
      <w:r>
        <w:t>Let every lie be known.</w:t>
        <w:br/>
      </w:r>
      <w:r>
        <w:t>Turn from the darkness,</w:t>
        <w:br/>
      </w:r>
      <w:r>
        <w:t>Turn your heart toward home.</w:t>
        <w:br/>
      </w:r>
      <w:r>
        <w:t>Yeshua, lead me,</w:t>
        <w:br/>
      </w:r>
      <w:r>
        <w:t>Make the broken whole;</w:t>
        <w:br/>
      </w:r>
      <w:r>
        <w:t>Let every stronghold fall apart,</w:t>
        <w:br/>
      </w:r>
      <w:r>
        <w:t>And set free the soul.</w:t>
        <w:br/>
      </w:r>
    </w:p>
    <w:p>
      <w:pPr>
        <w:spacing w:after="100"/>
      </w:pPr>
      <w:r>
        <w:rPr>
          <w:b/>
        </w:rPr>
        <w:t>BRIDGE</w:t>
        <w:br/>
      </w:r>
      <w:r>
        <w:t>I will not fear the darkness,</w:t>
        <w:br/>
      </w:r>
      <w:r>
        <w:t>I will not bow to lies.</w:t>
        <w:br/>
      </w:r>
      <w:r>
        <w:t>I choose the truth and mercy,</w:t>
        <w:br/>
      </w:r>
      <w:r>
        <w:t>I choose the living light.</w:t>
        <w:br/>
      </w:r>
    </w:p>
    <w:p>
      <w:r>
        <w:br w:type="page"/>
      </w:r>
    </w:p>
    <w:p>
      <w:pPr>
        <w:pStyle w:val="Heading1"/>
      </w:pPr>
      <w:r>
        <w:t>2. The Two Ways</w:t>
      </w:r>
    </w:p>
    <w:p>
      <w:r>
        <w:rPr>
          <w:b/>
        </w:rPr>
        <w:t xml:space="preserve">D minor • 108 BPM • 6/8  •  </w:t>
      </w:r>
      <w:r>
        <w:rPr>
          <w:i/>
        </w:rPr>
        <w:t>741 Hz symbolic discernment / choice</w:t>
      </w:r>
    </w:p>
    <w:p>
      <w:pPr>
        <w:pStyle w:val="Heading2"/>
      </w:pPr>
      <w:r>
        <w:t>Emotional / Spiritual Objective</w:t>
      </w:r>
    </w:p>
    <w:p>
      <w:r>
        <w:t>Create a felt decision between two paths; the musical release comes when the choice is made.</w:t>
      </w:r>
    </w:p>
    <w:p>
      <w:pPr>
        <w:pStyle w:val="Heading2"/>
      </w:pPr>
      <w:r>
        <w:t>Instrument-by-Instrument Orchestration</w:t>
      </w:r>
    </w:p>
    <w:p>
      <w:pPr>
        <w:pStyle w:val="ListBullet"/>
      </w:pPr>
      <w:r>
        <w:rPr>
          <w:b/>
        </w:rPr>
        <w:t xml:space="preserve">Lead vocal: </w:t>
      </w:r>
      <w:r>
        <w:t>Clear storytelling in the verse; widen the vowel shapes in the chorus. Make 'I choose' the emotional decision point.</w:t>
      </w:r>
    </w:p>
    <w:p>
      <w:pPr>
        <w:pStyle w:val="ListBullet"/>
      </w:pPr>
      <w:r>
        <w:rPr>
          <w:b/>
        </w:rPr>
        <w:t xml:space="preserve">Acoustic guitar: </w:t>
      </w:r>
      <w:r>
        <w:t>Rolling 6/8 arpeggio, steady enough to establish the two-way pulse. Add stronger downbeats in the chorus.</w:t>
      </w:r>
    </w:p>
    <w:p>
      <w:pPr>
        <w:pStyle w:val="ListBullet"/>
      </w:pPr>
      <w:r>
        <w:rPr>
          <w:b/>
        </w:rPr>
        <w:t xml:space="preserve">Electric guitar: </w:t>
      </w:r>
      <w:r>
        <w:t>Use volume swells as answers to the acoustic intro. Chorus gets heavier power-chord lift. Keep a flute-like melodic answer between vocal phrases.</w:t>
      </w:r>
    </w:p>
    <w:p>
      <w:pPr>
        <w:pStyle w:val="ListBullet"/>
      </w:pPr>
      <w:r>
        <w:rPr>
          <w:b/>
        </w:rPr>
        <w:t xml:space="preserve">Lead / flute: </w:t>
      </w:r>
      <w:r>
        <w:t>A simple original pastoral line in the verse/turnarounds. Do not overplay; it represents the road toward light.</w:t>
      </w:r>
    </w:p>
    <w:p>
      <w:pPr>
        <w:pStyle w:val="ListBullet"/>
      </w:pPr>
      <w:r>
        <w:rPr>
          <w:b/>
        </w:rPr>
        <w:t xml:space="preserve">Bass: </w:t>
      </w:r>
      <w:r>
        <w:t>Rolling 6/8 line emphasizing beat 1 and the harmonic changes. In the bridge, reduce to longer notes, then rise into the full-band return.</w:t>
      </w:r>
    </w:p>
    <w:p>
      <w:pPr>
        <w:pStyle w:val="ListBullet"/>
      </w:pPr>
      <w:r>
        <w:rPr>
          <w:b/>
        </w:rPr>
        <w:t xml:space="preserve">Drums: </w:t>
      </w:r>
      <w:r>
        <w:t>Restrained kick with rim/snare accents in the verse. Floor tom supports the bridge. Cymbal wash and full backbeat arrive with the chorus.</w:t>
      </w:r>
    </w:p>
    <w:p>
      <w:pPr>
        <w:pStyle w:val="ListBullet"/>
      </w:pPr>
      <w:r>
        <w:rPr>
          <w:b/>
        </w:rPr>
        <w:t xml:space="preserve">Keys / pad: </w:t>
      </w:r>
      <w:r>
        <w:t>Soft sustained harmony underneath the chorus; drop out during the bridge so the decision feels exposed.</w:t>
      </w:r>
    </w:p>
    <w:p>
      <w:pPr>
        <w:pStyle w:val="ListBullet"/>
      </w:pPr>
      <w:r>
        <w:rPr>
          <w:b/>
        </w:rPr>
        <w:t xml:space="preserve">Backing vocals: </w:t>
      </w:r>
      <w:r>
        <w:t>Harmony on 'narrow way' and 'truth today'; fuller stack on the final chorus.</w:t>
      </w:r>
    </w:p>
    <w:p>
      <w:pPr>
        <w:pStyle w:val="Heading2"/>
      </w:pPr>
      <w:r>
        <w:t>Lyrics</w:t>
      </w:r>
    </w:p>
    <w:p>
      <w:pPr>
        <w:spacing w:after="100"/>
      </w:pPr>
      <w:r>
        <w:t>VERSE</w:t>
        <w:br/>
        <w:t>Two roads open before us,</w:t>
        <w:br/>
        <w:t>One toward death and one toward life.</w:t>
        <w:br/>
        <w:t>One is ruled by selfish desire;</w:t>
        <w:br/>
        <w:t>One is walking in the light.</w:t>
        <w:br/>
      </w:r>
    </w:p>
    <w:p>
      <w:pPr>
        <w:spacing w:after="100"/>
      </w:pPr>
      <w:r>
        <w:t>CHORUS</w:t>
        <w:br/>
        <w:t>I choose the narrow way,</w:t>
        <w:br/>
        <w:t>I choose the truth today.</w:t>
        <w:br/>
        <w:t>Turn from evil; learn to do good.</w:t>
        <w:br/>
        <w:t>Walk with Yahweh day by day.</w:t>
        <w:br/>
      </w:r>
    </w:p>
    <w:p>
      <w:pPr>
        <w:spacing w:after="100"/>
      </w:pPr>
      <w:r>
        <w:rPr>
          <w:b/>
        </w:rPr>
        <w:t>BRIDGE</w:t>
        <w:br/>
      </w:r>
      <w:r>
        <w:t>Pride can build a prison,</w:t>
        <w:br/>
      </w:r>
      <w:r>
        <w:t>Lust can become a chain,</w:t>
        <w:br/>
      </w:r>
      <w:r>
        <w:t>But repentance opens the door,</w:t>
        <w:br/>
      </w:r>
      <w:r>
        <w:t>And mercy calls my name.</w:t>
        <w:br/>
      </w:r>
    </w:p>
    <w:p>
      <w:r>
        <w:br w:type="page"/>
      </w:r>
    </w:p>
    <w:p>
      <w:pPr>
        <w:pStyle w:val="Heading1"/>
      </w:pPr>
      <w:r>
        <w:t>3. Strongholds Fall</w:t>
      </w:r>
    </w:p>
    <w:p>
      <w:r>
        <w:rPr>
          <w:b/>
        </w:rPr>
        <w:t xml:space="preserve">C minor • 128 BPM • 4/4  •  </w:t>
      </w:r>
      <w:r>
        <w:rPr>
          <w:i/>
        </w:rPr>
        <w:t>741 Hz symbolic clarity / breakthrough</w:t>
      </w:r>
    </w:p>
    <w:p>
      <w:pPr>
        <w:pStyle w:val="Heading2"/>
      </w:pPr>
      <w:r>
        <w:t>Emotional / Spiritual Objective</w:t>
      </w:r>
    </w:p>
    <w:p>
      <w:r>
        <w:t>Represent accumulated pressure and the breaking of a stronghold through rhythmic impact.</w:t>
      </w:r>
    </w:p>
    <w:p>
      <w:pPr>
        <w:pStyle w:val="Heading2"/>
      </w:pPr>
      <w:r>
        <w:t>Instrument-by-Instrument Orchestration</w:t>
      </w:r>
    </w:p>
    <w:p>
      <w:pPr>
        <w:pStyle w:val="ListBullet"/>
      </w:pPr>
      <w:r>
        <w:rPr>
          <w:b/>
        </w:rPr>
        <w:t xml:space="preserve">Lead vocal: </w:t>
      </w:r>
      <w:r>
        <w:t>Rhythmic and forceful in the verse; chorus should be an anthem. Keep diction exceptionally clear over the dense rhythm section.</w:t>
      </w:r>
    </w:p>
    <w:p>
      <w:pPr>
        <w:pStyle w:val="ListBullet"/>
      </w:pPr>
      <w:r>
        <w:rPr>
          <w:b/>
        </w:rPr>
        <w:t xml:space="preserve">Rhythm guitars: </w:t>
      </w:r>
      <w:r>
        <w:t>Main syncopated low-string chug with a descending three-note answer. Verse stays tight and palm-muted; chorus switches to sustained power chords.</w:t>
      </w:r>
    </w:p>
    <w:p>
      <w:pPr>
        <w:pStyle w:val="ListBullet"/>
      </w:pPr>
      <w:r>
        <w:rPr>
          <w:b/>
        </w:rPr>
        <w:t xml:space="preserve">Lead guitar: </w:t>
      </w:r>
      <w:r>
        <w:t>16 bars: first half rhythmic and motif-driven, second half increasingly melodic. Return to the chorus motif at the end.</w:t>
      </w:r>
    </w:p>
    <w:p>
      <w:pPr>
        <w:pStyle w:val="ListBullet"/>
      </w:pPr>
      <w:r>
        <w:rPr>
          <w:b/>
        </w:rPr>
        <w:t xml:space="preserve">Bass: </w:t>
      </w:r>
      <w:r>
        <w:t>Punchy, locked to the low-string riff. Add brief passing tones at phrase endings rather than constant movement.</w:t>
      </w:r>
    </w:p>
    <w:p>
      <w:pPr>
        <w:pStyle w:val="ListBullet"/>
      </w:pPr>
      <w:r>
        <w:rPr>
          <w:b/>
        </w:rPr>
        <w:t xml:space="preserve">Drums: </w:t>
      </w:r>
      <w:r>
        <w:t>Driving eighth-note kick in the chorus. Double-kick accents only at transitions; avoid continuous double-kick so the lyric remains dominant.</w:t>
      </w:r>
    </w:p>
    <w:p>
      <w:pPr>
        <w:pStyle w:val="ListBullet"/>
      </w:pPr>
      <w:r>
        <w:rPr>
          <w:b/>
        </w:rPr>
        <w:t xml:space="preserve">Acoustic guitar: </w:t>
      </w:r>
      <w:r>
        <w:t>Optional brief clean/acoustic texture in the breakdown to create contrast before the final impact.</w:t>
      </w:r>
    </w:p>
    <w:p>
      <w:pPr>
        <w:pStyle w:val="ListBullet"/>
      </w:pPr>
      <w:r>
        <w:rPr>
          <w:b/>
        </w:rPr>
        <w:t xml:space="preserve">Keys / pads: </w:t>
      </w:r>
      <w:r>
        <w:t>Dark low pad under intro and verses; remove during riff-heavy passages and return as a widening layer in the final chorus.</w:t>
      </w:r>
    </w:p>
    <w:p>
      <w:pPr>
        <w:pStyle w:val="ListBullet"/>
      </w:pPr>
      <w:r>
        <w:rPr>
          <w:b/>
        </w:rPr>
        <w:t xml:space="preserve">Backing vocals: </w:t>
      </w:r>
      <w:r>
        <w:t>Gang-style repetition on 'Strongholds fall' and selected final-line responses.</w:t>
      </w:r>
    </w:p>
    <w:p>
      <w:pPr>
        <w:pStyle w:val="Heading2"/>
      </w:pPr>
      <w:r>
        <w:t>Lyrics</w:t>
      </w:r>
    </w:p>
    <w:p>
      <w:pPr>
        <w:spacing w:after="100"/>
      </w:pPr>
      <w:r>
        <w:t>VERSE</w:t>
        <w:br/>
        <w:t>Stone by stone the walls come down;</w:t>
        <w:br/>
        <w:t>Truth is breaking through the ground.</w:t>
        <w:br/>
        <w:t>What was hidden now is known;</w:t>
        <w:br/>
        <w:t>Darkness cannot hold its throne.</w:t>
        <w:br/>
      </w:r>
    </w:p>
    <w:p>
      <w:pPr>
        <w:spacing w:after="100"/>
      </w:pPr>
      <w:r>
        <w:rPr>
          <w:b/>
        </w:rPr>
        <w:t>CHORUS</w:t>
        <w:br/>
      </w:r>
      <w:r>
        <w:t>Strongholds fall, strongholds fall,</w:t>
        <w:br/>
      </w:r>
      <w:r>
        <w:t>When the light shines through it all.</w:t>
        <w:br/>
      </w:r>
      <w:r>
        <w:t>I won't live beneath the chains,</w:t>
        <w:br/>
      </w:r>
      <w:r>
        <w:t>Yeshua calls me out again.</w:t>
        <w:br/>
      </w:r>
    </w:p>
    <w:p>
      <w:r>
        <w:br w:type="page"/>
      </w:r>
    </w:p>
    <w:p>
      <w:pPr>
        <w:pStyle w:val="Heading1"/>
      </w:pPr>
      <w:r>
        <w:t>4. No Longer Bound</w:t>
      </w:r>
    </w:p>
    <w:p>
      <w:r>
        <w:rPr>
          <w:b/>
        </w:rPr>
        <w:t xml:space="preserve">A minor • 84 BPM • 4/4  •  </w:t>
      </w:r>
      <w:r>
        <w:rPr>
          <w:i/>
        </w:rPr>
        <w:t>639 Hz symbolic connection / mercy</w:t>
      </w:r>
    </w:p>
    <w:p>
      <w:pPr>
        <w:pStyle w:val="Heading2"/>
      </w:pPr>
      <w:r>
        <w:t>Emotional / Spiritual Objective</w:t>
      </w:r>
    </w:p>
    <w:p>
      <w:r>
        <w:t>Move from wounded vulnerability into freedom, mercy and renewed thinking.</w:t>
      </w:r>
    </w:p>
    <w:p>
      <w:pPr>
        <w:pStyle w:val="Heading2"/>
      </w:pPr>
      <w:r>
        <w:t>Instrument-by-Instrument Orchestration</w:t>
      </w:r>
    </w:p>
    <w:p>
      <w:pPr>
        <w:pStyle w:val="ListBullet"/>
      </w:pPr>
      <w:r>
        <w:rPr>
          <w:b/>
        </w:rPr>
        <w:t xml:space="preserve">Lead vocal: </w:t>
      </w:r>
      <w:r>
        <w:t>Intimate and wounded in the verse. Let the chorus rise emotionally rather than simply becoming louder. Hold 'renewing my mind' with warmth.</w:t>
      </w:r>
    </w:p>
    <w:p>
      <w:pPr>
        <w:pStyle w:val="ListBullet"/>
      </w:pPr>
      <w:r>
        <w:rPr>
          <w:b/>
        </w:rPr>
        <w:t xml:space="preserve">Acoustic guitar: </w:t>
      </w:r>
      <w:r>
        <w:t>Gentle open-position chords; light finger noise is acceptable for human intimacy.</w:t>
      </w:r>
    </w:p>
    <w:p>
      <w:pPr>
        <w:pStyle w:val="ListBullet"/>
      </w:pPr>
      <w:r>
        <w:rPr>
          <w:b/>
        </w:rPr>
        <w:t xml:space="preserve">Clean electric guitar: </w:t>
      </w:r>
      <w:r>
        <w:t>Slide-style fills between vocal phrases. Use sustained notes and blues-rock bends as emotional replies.</w:t>
      </w:r>
    </w:p>
    <w:p>
      <w:pPr>
        <w:pStyle w:val="ListBullet"/>
      </w:pPr>
      <w:r>
        <w:rPr>
          <w:b/>
        </w:rPr>
        <w:t xml:space="preserve">Overdriven rhythm guitar: </w:t>
      </w:r>
      <w:r>
        <w:t>Enter in the chorus with broad voicings. Keep gain moderate so the vocal remains exposed.</w:t>
      </w:r>
    </w:p>
    <w:p>
      <w:pPr>
        <w:pStyle w:val="ListBullet"/>
      </w:pPr>
      <w:r>
        <w:rPr>
          <w:b/>
        </w:rPr>
        <w:t xml:space="preserve">Lead guitar: </w:t>
      </w:r>
      <w:r>
        <w:t>Sustained bends and call-and-response. Avoid technical density; each phrase should sound like a second voice.</w:t>
      </w:r>
    </w:p>
    <w:p>
      <w:pPr>
        <w:pStyle w:val="ListBullet"/>
      </w:pPr>
      <w:r>
        <w:rPr>
          <w:b/>
        </w:rPr>
        <w:t xml:space="preserve">Bass: </w:t>
      </w:r>
      <w:r>
        <w:t>Warm, rounded tone with melodic passing notes leading into chord changes. Hold longer notes beneath vulnerable lyrics.</w:t>
      </w:r>
    </w:p>
    <w:p>
      <w:pPr>
        <w:pStyle w:val="ListBullet"/>
      </w:pPr>
      <w:r>
        <w:rPr>
          <w:b/>
        </w:rPr>
        <w:t xml:space="preserve">Drums: </w:t>
      </w:r>
      <w:r>
        <w:t>Half-time feel. Floor tom and cymbal swells emphasize emotional peaks. Leave intentional space after major vocal lines.</w:t>
      </w:r>
    </w:p>
    <w:p>
      <w:pPr>
        <w:pStyle w:val="ListBullet"/>
      </w:pPr>
      <w:r>
        <w:rPr>
          <w:b/>
        </w:rPr>
        <w:t xml:space="preserve">Piano / pad: </w:t>
      </w:r>
      <w:r>
        <w:t>Soft piano doubles selected chord tones. Pad should be almost felt rather than heard.</w:t>
      </w:r>
    </w:p>
    <w:p>
      <w:pPr>
        <w:pStyle w:val="ListBullet"/>
      </w:pPr>
      <w:r>
        <w:rPr>
          <w:b/>
        </w:rPr>
        <w:t xml:space="preserve">Backing vocals: </w:t>
      </w:r>
      <w:r>
        <w:t>Light harmony on the second half of the chorus; full harmony only on the final repetition.</w:t>
      </w:r>
    </w:p>
    <w:p>
      <w:pPr>
        <w:pStyle w:val="Heading2"/>
      </w:pPr>
      <w:r>
        <w:t>Lyrics</w:t>
      </w:r>
    </w:p>
    <w:p>
      <w:pPr>
        <w:spacing w:after="100"/>
      </w:pPr>
      <w:r>
        <w:t>VERSE</w:t>
        <w:br/>
        <w:t>I have walked through troubled places,</w:t>
        <w:br/>
        <w:t>I have carried wounds and scars,</w:t>
        <w:br/>
        <w:t>But the night will not define me;</w:t>
        <w:br/>
        <w:t>Mercy meets me where You are.</w:t>
        <w:br/>
      </w:r>
    </w:p>
    <w:p>
      <w:pPr>
        <w:spacing w:after="100"/>
      </w:pPr>
      <w:r>
        <w:t>CHORUS</w:t>
        <w:br/>
        <w:t>I'm no longer bound,</w:t>
        <w:br/>
        <w:t>I'm no longer blind.</w:t>
        <w:br/>
        <w:t>Yeshua is calling,</w:t>
        <w:br/>
        <w:t>Renewing my mind.</w:t>
        <w:br/>
        <w:t>I turn from what is evil;</w:t>
        <w:br/>
        <w:t>I choose what is good.</w:t>
        <w:br/>
        <w:t>Yahweh, make me faithful;</w:t>
        <w:br/>
        <w:t>Teach me to live as I should.</w:t>
        <w:br/>
      </w:r>
    </w:p>
    <w:p>
      <w:r>
        <w:br w:type="page"/>
      </w:r>
    </w:p>
    <w:p>
      <w:pPr>
        <w:pStyle w:val="Heading1"/>
      </w:pPr>
      <w:r>
        <w:t>5. The Watchman</w:t>
      </w:r>
    </w:p>
    <w:p>
      <w:r>
        <w:rPr>
          <w:b/>
        </w:rPr>
        <w:t xml:space="preserve">G minor • 116 BPM • 7/8 → 4/4  •  </w:t>
      </w:r>
      <w:r>
        <w:rPr>
          <w:i/>
        </w:rPr>
        <w:t>852 Hz symbolic awakening / discernment</w:t>
      </w:r>
    </w:p>
    <w:p>
      <w:pPr>
        <w:pStyle w:val="Heading2"/>
      </w:pPr>
      <w:r>
        <w:t>Emotional / Spiritual Objective</w:t>
      </w:r>
    </w:p>
    <w:p>
      <w:r>
        <w:t>Use rhythmic tension and meter to represent vigilance, then release into stable 4/4 discernment.</w:t>
      </w:r>
    </w:p>
    <w:p>
      <w:pPr>
        <w:pStyle w:val="Heading2"/>
      </w:pPr>
      <w:r>
        <w:t>Instrument-by-Instrument Orchestration</w:t>
      </w:r>
    </w:p>
    <w:p>
      <w:pPr>
        <w:pStyle w:val="ListBullet"/>
      </w:pPr>
      <w:r>
        <w:rPr>
          <w:b/>
        </w:rPr>
        <w:t xml:space="preserve">Lead vocal: </w:t>
      </w:r>
      <w:r>
        <w:t>Precise and controlled over 7/8. The chorus becomes steadier and more open when the meter resolves to 4/4.</w:t>
      </w:r>
    </w:p>
    <w:p>
      <w:pPr>
        <w:pStyle w:val="ListBullet"/>
      </w:pPr>
      <w:r>
        <w:rPr>
          <w:b/>
        </w:rPr>
        <w:t xml:space="preserve">Rhythm guitar: </w:t>
      </w:r>
      <w:r>
        <w:t>Alternating 7/8 figures grouped 3+2+2. Make the pattern memorable, not merely complicated. Open into broad 4/4 chords for the chorus.</w:t>
      </w:r>
    </w:p>
    <w:p>
      <w:pPr>
        <w:pStyle w:val="ListBullet"/>
      </w:pPr>
      <w:r>
        <w:rPr>
          <w:b/>
        </w:rPr>
        <w:t xml:space="preserve">Bass: </w:t>
      </w:r>
      <w:r>
        <w:t>Double the odd-meter guitar figure for weight. In the chorus, move into a strong root-and-fifth foundation.</w:t>
      </w:r>
    </w:p>
    <w:p>
      <w:pPr>
        <w:pStyle w:val="ListBullet"/>
      </w:pPr>
      <w:r>
        <w:rPr>
          <w:b/>
        </w:rPr>
        <w:t xml:space="preserve">Drums: </w:t>
      </w:r>
      <w:r>
        <w:t>Accent the 7/8 as 3+2+2. On the chorus, switch immediately to a straight rock backbeat. Use cymbal restraint so the meter change is unmistakable.</w:t>
      </w:r>
    </w:p>
    <w:p>
      <w:pPr>
        <w:pStyle w:val="ListBullet"/>
      </w:pPr>
      <w:r>
        <w:rPr>
          <w:b/>
        </w:rPr>
        <w:t xml:space="preserve">Lead guitar / flute: </w:t>
      </w:r>
      <w:r>
        <w:t>Optional flute/whistle color in the instrumental section. Guitar can imitate a breathy, flute-like line without copying any existing melody.</w:t>
      </w:r>
    </w:p>
    <w:p>
      <w:pPr>
        <w:pStyle w:val="ListBullet"/>
      </w:pPr>
      <w:r>
        <w:rPr>
          <w:b/>
        </w:rPr>
        <w:t xml:space="preserve">Keys / pad: </w:t>
      </w:r>
      <w:r>
        <w:t>High sustained tones during the 7/8 section; wider pad on the 4/4 chorus.</w:t>
      </w:r>
    </w:p>
    <w:p>
      <w:pPr>
        <w:pStyle w:val="ListBullet"/>
      </w:pPr>
      <w:r>
        <w:rPr>
          <w:b/>
        </w:rPr>
        <w:t xml:space="preserve">Backing vocals: </w:t>
      </w:r>
      <w:r>
        <w:t>Low harmony on 'watch and pray'; higher harmony on 'Spirit true' and final 'upon You'.</w:t>
      </w:r>
    </w:p>
    <w:p>
      <w:pPr>
        <w:pStyle w:val="ListBullet"/>
      </w:pPr>
      <w:r>
        <w:rPr>
          <w:b/>
        </w:rPr>
        <w:t xml:space="preserve">Dynamics: </w:t>
      </w:r>
      <w:r>
        <w:t>The meter itself creates tension; do not add excessive distortion. The release comes from the clean 4/4 chorus.</w:t>
      </w:r>
    </w:p>
    <w:p>
      <w:pPr>
        <w:pStyle w:val="Heading2"/>
      </w:pPr>
      <w:r>
        <w:t>Lyrics</w:t>
      </w:r>
    </w:p>
    <w:p>
      <w:pPr>
        <w:spacing w:after="100"/>
      </w:pPr>
      <w:r>
        <w:t>VERSE</w:t>
        <w:br/>
        <w:t>Keep watch over your heart;</w:t>
        <w:br/>
        <w:t>Discern the voice you hear.</w:t>
        <w:br/>
        <w:t>Test every spirit by the truth;</w:t>
        <w:br/>
        <w:t>Do not be governed by fear.</w:t>
        <w:br/>
      </w:r>
    </w:p>
    <w:p>
      <w:pPr>
        <w:spacing w:after="100"/>
      </w:pPr>
      <w:r>
        <w:t>CHORUS</w:t>
        <w:br/>
        <w:t>Stand in the light; watch and pray.</w:t>
        <w:br/>
        <w:t>Guard your heart from day to day.</w:t>
        <w:br/>
        <w:t>Spirit of Wisdom, lead me true;</w:t>
        <w:br/>
        <w:t>Keep my eyes fixed upon You.</w:t>
        <w:br/>
      </w:r>
    </w:p>
    <w:p>
      <w:r>
        <w:br w:type="page"/>
      </w:r>
    </w:p>
    <w:p>
      <w:pPr>
        <w:pStyle w:val="Heading1"/>
      </w:pPr>
      <w:r>
        <w:t>6. Grace Is Still Calling</w:t>
      </w:r>
    </w:p>
    <w:p>
      <w:r>
        <w:rPr>
          <w:b/>
        </w:rPr>
        <w:t xml:space="preserve">G major • 76 BPM • 6/8  •  </w:t>
      </w:r>
      <w:r>
        <w:rPr>
          <w:i/>
        </w:rPr>
        <w:t>639 Hz symbolic connection / mercy</w:t>
      </w:r>
    </w:p>
    <w:p>
      <w:pPr>
        <w:pStyle w:val="Heading2"/>
      </w:pPr>
      <w:r>
        <w:t>Emotional / Spiritual Objective</w:t>
      </w:r>
    </w:p>
    <w:p>
      <w:r>
        <w:t>Create an inviting atmosphere of mercy, forgiveness and homecoming.</w:t>
      </w:r>
    </w:p>
    <w:p>
      <w:pPr>
        <w:pStyle w:val="Heading2"/>
      </w:pPr>
      <w:r>
        <w:t>Instrument-by-Instrument Orchestration</w:t>
      </w:r>
    </w:p>
    <w:p>
      <w:pPr>
        <w:pStyle w:val="ListBullet"/>
      </w:pPr>
      <w:r>
        <w:rPr>
          <w:b/>
        </w:rPr>
        <w:t xml:space="preserve">Lead vocal: </w:t>
      </w:r>
      <w:r>
        <w:t>Tender, almost conversational verse. Chorus should feel like an invitation rather than a command.</w:t>
      </w:r>
    </w:p>
    <w:p>
      <w:pPr>
        <w:pStyle w:val="ListBullet"/>
      </w:pPr>
      <w:r>
        <w:rPr>
          <w:b/>
        </w:rPr>
        <w:t xml:space="preserve">Piano: </w:t>
      </w:r>
      <w:r>
        <w:t>Warm chordal foundation with gentle broken-chord movement in 6/8. Keep the voicing open and uncluttered.</w:t>
      </w:r>
    </w:p>
    <w:p>
      <w:pPr>
        <w:pStyle w:val="ListBullet"/>
      </w:pPr>
      <w:r>
        <w:rPr>
          <w:b/>
        </w:rPr>
        <w:t xml:space="preserve">Acoustic guitar: </w:t>
      </w:r>
      <w:r>
        <w:t>Fingerpicked support around the piano. Add soft strums during the chorus.</w:t>
      </w:r>
    </w:p>
    <w:p>
      <w:pPr>
        <w:pStyle w:val="ListBullet"/>
      </w:pPr>
      <w:r>
        <w:rPr>
          <w:b/>
        </w:rPr>
        <w:t xml:space="preserve">Warm electric guitar: </w:t>
      </w:r>
      <w:r>
        <w:t>Clean volume swells in the intro; lyrical fills between vocal phrases.</w:t>
      </w:r>
    </w:p>
    <w:p>
      <w:pPr>
        <w:pStyle w:val="ListBullet"/>
      </w:pPr>
      <w:r>
        <w:rPr>
          <w:b/>
        </w:rPr>
        <w:t xml:space="preserve">Bass: </w:t>
      </w:r>
      <w:r>
        <w:t>Enter lightly after the first section. Use sustained roots and occasional melodic approaches to the chorus.</w:t>
      </w:r>
    </w:p>
    <w:p>
      <w:pPr>
        <w:pStyle w:val="ListBullet"/>
      </w:pPr>
      <w:r>
        <w:rPr>
          <w:b/>
        </w:rPr>
        <w:t xml:space="preserve">Drums: </w:t>
      </w:r>
      <w:r>
        <w:t>Brushes or soft sticks in the verse. Gradually add kick and cymbal texture toward the chorus.</w:t>
      </w:r>
    </w:p>
    <w:p>
      <w:pPr>
        <w:pStyle w:val="ListBullet"/>
      </w:pPr>
      <w:r>
        <w:rPr>
          <w:b/>
        </w:rPr>
        <w:t xml:space="preserve">Lead guitar: </w:t>
      </w:r>
      <w:r>
        <w:t>Lyrical melody between vocal lines. Final chorus receives a high-register harmony guitar.</w:t>
      </w:r>
    </w:p>
    <w:p>
      <w:pPr>
        <w:pStyle w:val="ListBullet"/>
      </w:pPr>
      <w:r>
        <w:rPr>
          <w:b/>
        </w:rPr>
        <w:t xml:space="preserve">Backing vocals: </w:t>
      </w:r>
      <w:r>
        <w:t>Stacked, gentle harmonies in the chorus. Avoid a large choir sound until the final chorus.</w:t>
      </w:r>
    </w:p>
    <w:p>
      <w:pPr>
        <w:pStyle w:val="ListBullet"/>
      </w:pPr>
      <w:r>
        <w:rPr>
          <w:b/>
        </w:rPr>
        <w:t xml:space="preserve">Dynamics: </w:t>
      </w:r>
      <w:r>
        <w:t>Final chorus is the largest point: sustained cymbals, wider guitars, stronger vocal harmonies, then release.</w:t>
      </w:r>
    </w:p>
    <w:p>
      <w:pPr>
        <w:pStyle w:val="Heading2"/>
      </w:pPr>
      <w:r>
        <w:t>Lyrics</w:t>
      </w:r>
    </w:p>
    <w:p>
      <w:pPr>
        <w:spacing w:after="100"/>
      </w:pPr>
      <w:r>
        <w:t>VERSE</w:t>
        <w:br/>
        <w:t>Grace is still calling;</w:t>
        <w:br/>
        <w:t>The door remains open.</w:t>
        <w:br/>
        <w:t>Mercy is reaching</w:t>
        <w:br/>
        <w:t>For hearts that are broken.</w:t>
        <w:br/>
      </w:r>
    </w:p>
    <w:p>
      <w:pPr>
        <w:spacing w:after="100"/>
      </w:pPr>
      <w:r>
        <w:t>CHORUS</w:t>
        <w:br/>
        <w:t>There is forgiveness,</w:t>
        <w:br/>
        <w:t>There is a way home.</w:t>
        <w:br/>
        <w:t>Through Yeshua our Saviour,</w:t>
        <w:br/>
        <w:t>We need not walk alone.</w:t>
        <w:br/>
        <w:t>Turn from evil;</w:t>
        <w:br/>
        <w:t>Learn to do good—</w:t>
        <w:br/>
        <w:t>Yahweh is calling His children home.</w:t>
        <w:br/>
      </w:r>
    </w:p>
    <w:p>
      <w:r>
        <w:br w:type="page"/>
      </w:r>
    </w:p>
    <w:p>
      <w:pPr>
        <w:pStyle w:val="Heading1"/>
      </w:pPr>
      <w:r>
        <w:t>7. House of Truth</w:t>
      </w:r>
    </w:p>
    <w:p>
      <w:r>
        <w:rPr>
          <w:b/>
        </w:rPr>
        <w:t xml:space="preserve">B minor • 100 BPM • 4/4  •  </w:t>
      </w:r>
      <w:r>
        <w:rPr>
          <w:i/>
        </w:rPr>
        <w:t>741 Hz symbolic clarity / wisdom</w:t>
      </w:r>
    </w:p>
    <w:p>
      <w:pPr>
        <w:pStyle w:val="Heading2"/>
      </w:pPr>
      <w:r>
        <w:t>Emotional / Spiritual Objective</w:t>
      </w:r>
    </w:p>
    <w:p>
      <w:r>
        <w:t>Build a prayerful declaration in which truth and wisdom become an inner dwelling place.</w:t>
      </w:r>
    </w:p>
    <w:p>
      <w:pPr>
        <w:pStyle w:val="Heading2"/>
      </w:pPr>
      <w:r>
        <w:t>Instrument-by-Instrument Orchestration</w:t>
      </w:r>
    </w:p>
    <w:p>
      <w:pPr>
        <w:pStyle w:val="ListBullet"/>
      </w:pPr>
      <w:r>
        <w:rPr>
          <w:b/>
        </w:rPr>
        <w:t xml:space="preserve">Lead vocal: </w:t>
      </w:r>
      <w:r>
        <w:t>Focused and prayerful. Keep the verse slightly restrained; the chorus should sound like a declaration of trust.</w:t>
      </w:r>
    </w:p>
    <w:p>
      <w:pPr>
        <w:pStyle w:val="ListBullet"/>
      </w:pPr>
      <w:r>
        <w:rPr>
          <w:b/>
        </w:rPr>
        <w:t xml:space="preserve">Acoustic guitar: </w:t>
      </w:r>
      <w:r>
        <w:t>Opening arpeggio establishes intimacy. Continue lightly beneath the verse.</w:t>
      </w:r>
    </w:p>
    <w:p>
      <w:pPr>
        <w:pStyle w:val="ListBullet"/>
      </w:pPr>
      <w:r>
        <w:rPr>
          <w:b/>
        </w:rPr>
        <w:t xml:space="preserve">Electric swells: </w:t>
      </w:r>
      <w:r>
        <w:t>Atmospheric swells answer the acoustic pattern. Increase width approaching the chorus.</w:t>
      </w:r>
    </w:p>
    <w:p>
      <w:pPr>
        <w:pStyle w:val="ListBullet"/>
      </w:pPr>
      <w:r>
        <w:rPr>
          <w:b/>
        </w:rPr>
        <w:t xml:space="preserve">Rhythm guitars: </w:t>
      </w:r>
      <w:r>
        <w:t>Broad power chords in the chorus, with a melodic upper-string line above them.</w:t>
      </w:r>
    </w:p>
    <w:p>
      <w:pPr>
        <w:pStyle w:val="ListBullet"/>
      </w:pPr>
      <w:r>
        <w:rPr>
          <w:b/>
        </w:rPr>
        <w:t xml:space="preserve">Bass: </w:t>
      </w:r>
      <w:r>
        <w:t>Bass-forward groove in the verse. Return to a strong root foundation when the chorus arrives.</w:t>
      </w:r>
    </w:p>
    <w:p>
      <w:pPr>
        <w:pStyle w:val="ListBullet"/>
      </w:pPr>
      <w:r>
        <w:rPr>
          <w:b/>
        </w:rPr>
        <w:t xml:space="preserve">Drums: </w:t>
      </w:r>
      <w:r>
        <w:t>Kick/snare groove; open hi-hat in the chorus. Use fills only at structural boundaries.</w:t>
      </w:r>
    </w:p>
    <w:p>
      <w:pPr>
        <w:pStyle w:val="ListBullet"/>
      </w:pPr>
      <w:r>
        <w:rPr>
          <w:b/>
        </w:rPr>
        <w:t xml:space="preserve">Lead guitar: </w:t>
      </w:r>
      <w:r>
        <w:t>12-bar thematic solo built directly from the chorus melody. Develop the theme rather than introducing unrelated material.</w:t>
      </w:r>
    </w:p>
    <w:p>
      <w:pPr>
        <w:pStyle w:val="ListBullet"/>
      </w:pPr>
      <w:r>
        <w:rPr>
          <w:b/>
        </w:rPr>
        <w:t xml:space="preserve">Piano / pad: </w:t>
      </w:r>
      <w:r>
        <w:t>Sustained low-volume harmonic bed, especially under the bridge.</w:t>
      </w:r>
    </w:p>
    <w:p>
      <w:pPr>
        <w:pStyle w:val="ListBullet"/>
      </w:pPr>
      <w:r>
        <w:rPr>
          <w:b/>
        </w:rPr>
        <w:t xml:space="preserve">Backing vocals: </w:t>
      </w:r>
      <w:r>
        <w:t>Three-part stack on the chorus. Bridge can narrow to a single harmony, then expand into the final chorus.</w:t>
      </w:r>
    </w:p>
    <w:p>
      <w:pPr>
        <w:pStyle w:val="Heading2"/>
      </w:pPr>
      <w:r>
        <w:t>Lyrics</w:t>
      </w:r>
    </w:p>
    <w:p>
      <w:pPr>
        <w:spacing w:after="100"/>
      </w:pPr>
      <w:r>
        <w:rPr>
          <w:b/>
        </w:rPr>
        <w:t>VERSE</w:t>
        <w:br/>
      </w:r>
      <w:r>
        <w:t>Make my heart a house of truth,</w:t>
        <w:br/>
      </w:r>
      <w:r>
        <w:t>Let Your wisdom dwell within.</w:t>
        <w:br/>
      </w:r>
      <w:r>
        <w:t>Teach my feet to walk Your ways,</w:t>
        <w:br/>
      </w:r>
      <w:r>
        <w:t>Turn me from the path of sin.</w:t>
        <w:br/>
      </w:r>
    </w:p>
    <w:p>
      <w:pPr>
        <w:spacing w:after="100"/>
      </w:pPr>
      <w:r>
        <w:rPr>
          <w:b/>
        </w:rPr>
        <w:t>CHORUS</w:t>
        <w:br/>
      </w:r>
      <w:r>
        <w:t>Holy Spirit, guide me,</w:t>
        <w:br/>
      </w:r>
      <w:r>
        <w:t>Keep my eyes upon the light.</w:t>
        <w:br/>
      </w:r>
      <w:r>
        <w:t>Yahweh, be my refuge,</w:t>
        <w:br/>
      </w:r>
      <w:r>
        <w:t>Guard my heart through every night.</w:t>
        <w:br/>
      </w:r>
    </w:p>
    <w:p>
      <w:pPr>
        <w:spacing w:after="100"/>
      </w:pPr>
      <w:r>
        <w:rPr>
          <w:b/>
        </w:rPr>
        <w:t>BRIDGE</w:t>
        <w:br/>
      </w:r>
      <w:r>
        <w:t>Let Your truth live within me,</w:t>
        <w:br/>
      </w:r>
      <w:r>
        <w:t>Let Your wisdom make me whole.</w:t>
        <w:br/>
      </w:r>
      <w:r>
        <w:t>Make my heart Your dwelling place,</w:t>
        <w:br/>
      </w:r>
      <w:r>
        <w:t>Keep watch over my soul.</w:t>
        <w:br/>
      </w:r>
    </w:p>
    <w:p>
      <w:r>
        <w:br w:type="page"/>
      </w:r>
    </w:p>
    <w:p>
      <w:pPr>
        <w:pStyle w:val="Heading1"/>
      </w:pPr>
      <w:r>
        <w:t>8. Mercy Like the Morning</w:t>
      </w:r>
    </w:p>
    <w:p>
      <w:r>
        <w:rPr>
          <w:b/>
        </w:rPr>
        <w:t xml:space="preserve">C major • 72 BPM • 4/4  •  </w:t>
      </w:r>
      <w:r>
        <w:rPr>
          <w:i/>
        </w:rPr>
        <w:t>639 Hz symbolic connection / warmth</w:t>
      </w:r>
    </w:p>
    <w:p>
      <w:pPr>
        <w:pStyle w:val="Heading2"/>
      </w:pPr>
      <w:r>
        <w:t>Emotional / Spiritual Objective</w:t>
      </w:r>
    </w:p>
    <w:p>
      <w:r>
        <w:t>Create reassurance, warmth and relational safety through gradual musical growth.</w:t>
      </w:r>
    </w:p>
    <w:p>
      <w:pPr>
        <w:pStyle w:val="Heading2"/>
      </w:pPr>
      <w:r>
        <w:t>Instrument-by-Instrument Orchestration</w:t>
      </w:r>
    </w:p>
    <w:p>
      <w:pPr>
        <w:pStyle w:val="ListBullet"/>
      </w:pPr>
      <w:r>
        <w:rPr>
          <w:b/>
        </w:rPr>
        <w:t xml:space="preserve">Lead vocal: </w:t>
      </w:r>
      <w:r>
        <w:t>Warm and reassuring. Avoid excessive vibrato; let the melody carry the tenderness.</w:t>
      </w:r>
    </w:p>
    <w:p>
      <w:pPr>
        <w:pStyle w:val="ListBullet"/>
      </w:pPr>
      <w:r>
        <w:rPr>
          <w:b/>
        </w:rPr>
        <w:t xml:space="preserve">Acoustic guitar: </w:t>
      </w:r>
      <w:r>
        <w:t>Gentle repeated pattern. The rhythm should feel like steady morning movement rather than a dramatic ballad.</w:t>
      </w:r>
    </w:p>
    <w:p>
      <w:pPr>
        <w:pStyle w:val="ListBullet"/>
      </w:pPr>
      <w:r>
        <w:rPr>
          <w:b/>
        </w:rPr>
        <w:t xml:space="preserve">Clean electric guitar: </w:t>
      </w:r>
      <w:r>
        <w:t>Small vocal-like fills after lines. Use delay/reverb for space, not volume.</w:t>
      </w:r>
    </w:p>
    <w:p>
      <w:pPr>
        <w:pStyle w:val="ListBullet"/>
      </w:pPr>
      <w:r>
        <w:rPr>
          <w:b/>
        </w:rPr>
        <w:t xml:space="preserve">Bass: </w:t>
      </w:r>
      <w:r>
        <w:t>Enter in verse two. Use simple sustained roots at first, then slightly more melodic movement into the final chorus.</w:t>
      </w:r>
    </w:p>
    <w:p>
      <w:pPr>
        <w:pStyle w:val="ListBullet"/>
      </w:pPr>
      <w:r>
        <w:rPr>
          <w:b/>
        </w:rPr>
        <w:t xml:space="preserve">Drums: </w:t>
      </w:r>
      <w:r>
        <w:t>Begin with very light percussion; gradually add kick, snare and cymbal texture. Final chorus gets the complete rock arrangement.</w:t>
      </w:r>
    </w:p>
    <w:p>
      <w:pPr>
        <w:pStyle w:val="ListBullet"/>
      </w:pPr>
      <w:r>
        <w:rPr>
          <w:b/>
        </w:rPr>
        <w:t xml:space="preserve">Lead guitar: </w:t>
      </w:r>
      <w:r>
        <w:t>Restrained, singing phrases that echo the vocal melody. Avoid fast runs.</w:t>
      </w:r>
    </w:p>
    <w:p>
      <w:pPr>
        <w:pStyle w:val="ListBullet"/>
      </w:pPr>
      <w:r>
        <w:rPr>
          <w:b/>
        </w:rPr>
        <w:t xml:space="preserve">Piano / pad: </w:t>
      </w:r>
      <w:r>
        <w:t>Soft piano doubles selected chord tones; pad widens only at the final chorus.</w:t>
      </w:r>
    </w:p>
    <w:p>
      <w:pPr>
        <w:pStyle w:val="ListBullet"/>
      </w:pPr>
      <w:r>
        <w:rPr>
          <w:b/>
        </w:rPr>
        <w:t xml:space="preserve">Backing vocals: </w:t>
      </w:r>
      <w:r>
        <w:t>Warm harmony on 'greater' and 'home'. Final chorus receives a fuller stack.</w:t>
      </w:r>
    </w:p>
    <w:p>
      <w:pPr>
        <w:pStyle w:val="ListBullet"/>
      </w:pPr>
      <w:r>
        <w:rPr>
          <w:b/>
        </w:rPr>
        <w:t xml:space="preserve">Dynamics: </w:t>
      </w:r>
      <w:r>
        <w:t>The emotional destination is reassurance. Build steadily but never turn the song aggressive.</w:t>
      </w:r>
    </w:p>
    <w:p>
      <w:pPr>
        <w:pStyle w:val="Heading2"/>
      </w:pPr>
      <w:r>
        <w:t>Lyrics</w:t>
      </w:r>
    </w:p>
    <w:p>
      <w:pPr>
        <w:spacing w:after="100"/>
      </w:pPr>
      <w:r>
        <w:t>VERSE</w:t>
        <w:br/>
        <w:t>When I fall, You call me back;</w:t>
        <w:br/>
        <w:t>When I wander, You remain.</w:t>
        <w:br/>
        <w:t>Mercy meets me in the morning;</w:t>
        <w:br/>
        <w:t>Your compassion lifts my shame.</w:t>
        <w:br/>
      </w:r>
    </w:p>
    <w:p>
      <w:pPr>
        <w:spacing w:after="100"/>
      </w:pPr>
      <w:r>
        <w:rPr>
          <w:b/>
        </w:rPr>
        <w:t>CHORUS</w:t>
        <w:br/>
      </w:r>
      <w:r>
        <w:t>Your mercy is greater,</w:t>
        <w:br/>
      </w:r>
      <w:r>
        <w:t>Your love calls me home.</w:t>
        <w:br/>
      </w:r>
      <w:r>
        <w:t>Through Yeshua my Saviour,</w:t>
        <w:br/>
      </w:r>
      <w:r>
        <w:t>I know I'm not alone.</w:t>
        <w:br/>
      </w:r>
    </w:p>
    <w:p>
      <w:r>
        <w:br w:type="page"/>
      </w:r>
    </w:p>
    <w:p>
      <w:pPr>
        <w:pStyle w:val="Heading1"/>
      </w:pPr>
      <w:r>
        <w:t>9. Walk in the Light</w:t>
      </w:r>
    </w:p>
    <w:p>
      <w:r>
        <w:rPr>
          <w:b/>
        </w:rPr>
        <w:t xml:space="preserve">E major • 118 BPM • 4/4  •  </w:t>
      </w:r>
      <w:r>
        <w:rPr>
          <w:i/>
        </w:rPr>
        <w:t>639 Hz symbolic connection / joy</w:t>
      </w:r>
    </w:p>
    <w:p>
      <w:pPr>
        <w:pStyle w:val="Heading2"/>
      </w:pPr>
      <w:r>
        <w:t>Emotional / Spiritual Objective</w:t>
      </w:r>
    </w:p>
    <w:p>
      <w:r>
        <w:t>Turn truth into forward movement, joy and communal singing.</w:t>
      </w:r>
    </w:p>
    <w:p>
      <w:pPr>
        <w:pStyle w:val="Heading2"/>
      </w:pPr>
      <w:r>
        <w:t>Instrument-by-Instrument Orchestration</w:t>
      </w:r>
    </w:p>
    <w:p>
      <w:pPr>
        <w:pStyle w:val="ListBullet"/>
      </w:pPr>
      <w:r>
        <w:rPr>
          <w:b/>
        </w:rPr>
        <w:t xml:space="preserve">Lead vocal: </w:t>
      </w:r>
      <w:r>
        <w:t>Forward, confident and open. The chorus should be immediately singable.</w:t>
      </w:r>
    </w:p>
    <w:p>
      <w:pPr>
        <w:pStyle w:val="ListBullet"/>
      </w:pPr>
      <w:r>
        <w:rPr>
          <w:b/>
        </w:rPr>
        <w:t xml:space="preserve">Rhythm guitar: </w:t>
      </w:r>
      <w:r>
        <w:t>Bright open-string classic-rock groove. Verse uses rhythmic stabs; chorus opens into full chords.</w:t>
      </w:r>
    </w:p>
    <w:p>
      <w:pPr>
        <w:pStyle w:val="ListBullet"/>
      </w:pPr>
      <w:r>
        <w:rPr>
          <w:b/>
        </w:rPr>
        <w:t xml:space="preserve">Harmony guitar: </w:t>
      </w:r>
      <w:r>
        <w:t>Enter in the chorus with a simple complementary line. Save the highest harmony for the final chorus.</w:t>
      </w:r>
    </w:p>
    <w:p>
      <w:pPr>
        <w:pStyle w:val="ListBullet"/>
      </w:pPr>
      <w:r>
        <w:rPr>
          <w:b/>
        </w:rPr>
        <w:t xml:space="preserve">Bass: </w:t>
      </w:r>
      <w:r>
        <w:t>Driving root-based groove with occasional walk-up into chorus changes.</w:t>
      </w:r>
    </w:p>
    <w:p>
      <w:pPr>
        <w:pStyle w:val="ListBullet"/>
      </w:pPr>
      <w:r>
        <w:rPr>
          <w:b/>
        </w:rPr>
        <w:t xml:space="preserve">Drums: </w:t>
      </w:r>
      <w:r>
        <w:t>Steady eighth-note hi-hat and strong snare on 2/4. Add crash accents at chorus entrances.</w:t>
      </w:r>
    </w:p>
    <w:p>
      <w:pPr>
        <w:pStyle w:val="ListBullet"/>
      </w:pPr>
      <w:r>
        <w:rPr>
          <w:b/>
        </w:rPr>
        <w:t xml:space="preserve">Lead guitar: </w:t>
      </w:r>
      <w:r>
        <w:t>Major-pentatonic melody with short call-and-response answers to the vocal. Keep the hook recognizable.</w:t>
      </w:r>
    </w:p>
    <w:p>
      <w:pPr>
        <w:pStyle w:val="ListBullet"/>
      </w:pPr>
      <w:r>
        <w:rPr>
          <w:b/>
        </w:rPr>
        <w:t xml:space="preserve">Acoustic guitar: </w:t>
      </w:r>
      <w:r>
        <w:t>Lightly doubled beneath the electric rhythm to add organic width.</w:t>
      </w:r>
    </w:p>
    <w:p>
      <w:pPr>
        <w:pStyle w:val="ListBullet"/>
      </w:pPr>
      <w:r>
        <w:rPr>
          <w:b/>
        </w:rPr>
        <w:t xml:space="preserve">Keys / pad: </w:t>
      </w:r>
      <w:r>
        <w:t>Very subtle; optional organ-like sustained support in chorus.</w:t>
      </w:r>
    </w:p>
    <w:p>
      <w:pPr>
        <w:pStyle w:val="ListBullet"/>
      </w:pPr>
      <w:r>
        <w:rPr>
          <w:b/>
        </w:rPr>
        <w:t xml:space="preserve">Backing vocals: </w:t>
      </w:r>
      <w:r>
        <w:t>Group-style harmonies on 'Walk in the light' and 'Walk in His love'.</w:t>
      </w:r>
    </w:p>
    <w:p>
      <w:pPr>
        <w:pStyle w:val="Heading2"/>
      </w:pPr>
      <w:r>
        <w:t>Lyrics</w:t>
      </w:r>
    </w:p>
    <w:p>
      <w:pPr>
        <w:spacing w:after="100"/>
      </w:pPr>
      <w:r>
        <w:t>VERSE</w:t>
        <w:br/>
        <w:t>Leave the hatred; leave the pride.</w:t>
        <w:br/>
        <w:t>Turn away from paths that hide.</w:t>
        <w:br/>
        <w:t>Choose forgiveness; choose the good.</w:t>
        <w:br/>
        <w:t>Walk with Yahweh as you should.</w:t>
        <w:br/>
      </w:r>
    </w:p>
    <w:p>
      <w:pPr>
        <w:spacing w:after="100"/>
      </w:pPr>
      <w:r>
        <w:rPr>
          <w:b/>
        </w:rPr>
        <w:t>CHORUS</w:t>
        <w:br/>
      </w:r>
      <w:r>
        <w:t>Walk in the light,</w:t>
        <w:br/>
      </w:r>
      <w:r>
        <w:t>Walk in the truth.</w:t>
        <w:br/>
      </w:r>
      <w:r>
        <w:t>Let love be your witness,</w:t>
        <w:br/>
      </w:r>
      <w:r>
        <w:t>Let mercy be proof.</w:t>
        <w:br/>
      </w:r>
      <w:r>
        <w:t>Yeshua before you,</w:t>
        <w:br/>
      </w:r>
      <w:r>
        <w:t>Yahweh above;</w:t>
        <w:br/>
      </w:r>
      <w:r>
        <w:t>Walk in the light,</w:t>
        <w:br/>
      </w:r>
      <w:r>
        <w:t>Walk in His love.</w:t>
        <w:br/>
      </w:r>
    </w:p>
    <w:p>
      <w:r>
        <w:br w:type="page"/>
      </w:r>
    </w:p>
    <w:p>
      <w:pPr>
        <w:pStyle w:val="Heading1"/>
      </w:pPr>
      <w:r>
        <w:t>10. Return to Yahweh</w:t>
      </w:r>
    </w:p>
    <w:p>
      <w:r>
        <w:rPr>
          <w:b/>
        </w:rPr>
        <w:t xml:space="preserve">F# minor • 88 BPM • 4/4  •  </w:t>
      </w:r>
      <w:r>
        <w:rPr>
          <w:i/>
        </w:rPr>
        <w:t>852 Hz symbolic awakening / repentance</w:t>
      </w:r>
    </w:p>
    <w:p>
      <w:pPr>
        <w:pStyle w:val="Heading2"/>
      </w:pPr>
      <w:r>
        <w:t>Emotional / Spiritual Objective</w:t>
      </w:r>
    </w:p>
    <w:p>
      <w:r>
        <w:t>Make repentance audible through the transition from dark restraint into brighter, fuller resolution.</w:t>
      </w:r>
    </w:p>
    <w:p>
      <w:pPr>
        <w:pStyle w:val="Heading2"/>
      </w:pPr>
      <w:r>
        <w:t>Instrument-by-Instrument Orchestration</w:t>
      </w:r>
    </w:p>
    <w:p>
      <w:pPr>
        <w:pStyle w:val="ListBullet"/>
      </w:pPr>
      <w:r>
        <w:rPr>
          <w:b/>
        </w:rPr>
        <w:t xml:space="preserve">Lead vocal: </w:t>
      </w:r>
      <w:r>
        <w:t>Start low, intimate and repentant. Increase pitch/register and strength as the song turns toward restoration.</w:t>
      </w:r>
    </w:p>
    <w:p>
      <w:pPr>
        <w:pStyle w:val="ListBullet"/>
      </w:pPr>
      <w:r>
        <w:rPr>
          <w:b/>
        </w:rPr>
        <w:t xml:space="preserve">Acoustic guitar: </w:t>
      </w:r>
      <w:r>
        <w:t>Clean arpeggios in the opening. Keep the picking pattern consistent so the transformation comes from layering.</w:t>
      </w:r>
    </w:p>
    <w:p>
      <w:pPr>
        <w:pStyle w:val="ListBullet"/>
      </w:pPr>
      <w:r>
        <w:rPr>
          <w:b/>
        </w:rPr>
        <w:t xml:space="preserve">Electric rhythm guitar: </w:t>
      </w:r>
      <w:r>
        <w:t>Move from clean arpeggios to light overdrive, then full distortion at the emotional peak.</w:t>
      </w:r>
    </w:p>
    <w:p>
      <w:pPr>
        <w:pStyle w:val="ListBullet"/>
      </w:pPr>
      <w:r>
        <w:rPr>
          <w:b/>
        </w:rPr>
        <w:t xml:space="preserve">Bass: </w:t>
      </w:r>
      <w:r>
        <w:t>Sparse sustained notes in the opening. Increase movement as the chorus approaches; lock with the kick in the final chorus.</w:t>
      </w:r>
    </w:p>
    <w:p>
      <w:pPr>
        <w:pStyle w:val="ListBullet"/>
      </w:pPr>
      <w:r>
        <w:rPr>
          <w:b/>
        </w:rPr>
        <w:t xml:space="preserve">Drums: </w:t>
      </w:r>
      <w:r>
        <w:t>Tom-led transitions. Cymbal swell into each major chorus. Keep the verse sparse and the final chorus full.</w:t>
      </w:r>
    </w:p>
    <w:p>
      <w:pPr>
        <w:pStyle w:val="ListBullet"/>
      </w:pPr>
      <w:r>
        <w:rPr>
          <w:b/>
        </w:rPr>
        <w:t xml:space="preserve">Lead guitar: </w:t>
      </w:r>
      <w:r>
        <w:t>Begins in a low register and progressively rises, symbolizing return. Final phrases resolve into the chorus melody.</w:t>
      </w:r>
    </w:p>
    <w:p>
      <w:pPr>
        <w:pStyle w:val="ListBullet"/>
      </w:pPr>
      <w:r>
        <w:rPr>
          <w:b/>
        </w:rPr>
        <w:t xml:space="preserve">Piano / pad: </w:t>
      </w:r>
      <w:r>
        <w:t>Soft low piano notes under the verse; pad opens during 'restore what was torn'.</w:t>
      </w:r>
    </w:p>
    <w:p>
      <w:pPr>
        <w:pStyle w:val="ListBullet"/>
      </w:pPr>
      <w:r>
        <w:rPr>
          <w:b/>
        </w:rPr>
        <w:t xml:space="preserve">Backing vocals: </w:t>
      </w:r>
      <w:r>
        <w:t>Single harmony on first chorus. Full stacked harmony on 'new heart / new life reborn'.</w:t>
      </w:r>
    </w:p>
    <w:p>
      <w:pPr>
        <w:pStyle w:val="ListBullet"/>
      </w:pPr>
      <w:r>
        <w:rPr>
          <w:b/>
        </w:rPr>
        <w:t xml:space="preserve">Dynamics: </w:t>
      </w:r>
      <w:r>
        <w:t>This is a transformation song: darkness is not merely described; the arrangement itself moves from constrained to open.</w:t>
      </w:r>
    </w:p>
    <w:p>
      <w:pPr>
        <w:pStyle w:val="Heading2"/>
      </w:pPr>
      <w:r>
        <w:t>Lyrics</w:t>
      </w:r>
    </w:p>
    <w:p>
      <w:pPr>
        <w:spacing w:after="100"/>
      </w:pPr>
      <w:r>
        <w:rPr>
          <w:b/>
        </w:rPr>
        <w:t>VERSE</w:t>
        <w:br/>
      </w:r>
      <w:r>
        <w:t>Return to Yahweh, broken heart,</w:t>
        <w:br/>
      </w:r>
      <w:r>
        <w:t>Come as you are and make a start.</w:t>
        <w:br/>
      </w:r>
      <w:r>
        <w:t>Repent and leave the evil way,</w:t>
        <w:br/>
      </w:r>
      <w:r>
        <w:t>His mercy meets you here today.</w:t>
        <w:br/>
      </w:r>
    </w:p>
    <w:p>
      <w:pPr>
        <w:spacing w:after="100"/>
      </w:pPr>
      <w:r>
        <w:rPr>
          <w:b/>
        </w:rPr>
        <w:t>CHORUS</w:t>
        <w:br/>
      </w:r>
      <w:r>
        <w:t>Return to Yahweh,</w:t>
        <w:br/>
      </w:r>
      <w:r>
        <w:t>Return to the light.</w:t>
        <w:br/>
      </w:r>
      <w:r>
        <w:t>Yeshua our Saviour,</w:t>
        <w:br/>
      </w:r>
      <w:r>
        <w:t>Lead us aright.</w:t>
        <w:br/>
      </w:r>
      <w:r>
        <w:t>Forgive our rebellion,</w:t>
        <w:br/>
      </w:r>
      <w:r>
        <w:t>Restore what was torn;</w:t>
        <w:br/>
      </w:r>
      <w:r>
        <w:t>Give us a new heart,</w:t>
        <w:br/>
      </w:r>
      <w:r>
        <w:t>A new life reborn.</w:t>
        <w:br/>
      </w:r>
    </w:p>
    <w:p>
      <w:r>
        <w:br w:type="page"/>
      </w:r>
    </w:p>
    <w:p>
      <w:pPr>
        <w:pStyle w:val="Heading1"/>
      </w:pPr>
      <w:r>
        <w:t>11. Rise Above the Stronghold</w:t>
      </w:r>
    </w:p>
    <w:p>
      <w:r>
        <w:rPr>
          <w:b/>
        </w:rPr>
        <w:t xml:space="preserve">D minor • 132 BPM • 4/4  •  </w:t>
      </w:r>
      <w:r>
        <w:rPr>
          <w:i/>
        </w:rPr>
        <w:t>741 Hz symbolic clarity / breakthrough</w:t>
      </w:r>
    </w:p>
    <w:p>
      <w:pPr>
        <w:pStyle w:val="Heading2"/>
      </w:pPr>
      <w:r>
        <w:t>Emotional / Spiritual Objective</w:t>
      </w:r>
    </w:p>
    <w:p>
      <w:r>
        <w:t>Provide the album's major confrontation and breakthrough, with the strongest dynamic and instrumental climax.</w:t>
      </w:r>
    </w:p>
    <w:p>
      <w:pPr>
        <w:pStyle w:val="Heading2"/>
      </w:pPr>
      <w:r>
        <w:t>Instrument-by-Instrument Orchestration</w:t>
      </w:r>
    </w:p>
    <w:p>
      <w:pPr>
        <w:pStyle w:val="ListBullet"/>
      </w:pPr>
      <w:r>
        <w:rPr>
          <w:b/>
        </w:rPr>
        <w:t xml:space="preserve">Lead vocal: </w:t>
      </w:r>
      <w:r>
        <w:t>Most forceful vocal on the album. Verse is urgent; chorus becomes an anthem. Keep every consonant audible.</w:t>
      </w:r>
    </w:p>
    <w:p>
      <w:pPr>
        <w:pStyle w:val="ListBullet"/>
      </w:pPr>
      <w:r>
        <w:rPr>
          <w:b/>
        </w:rPr>
        <w:t xml:space="preserve">Rhythm guitars: </w:t>
      </w:r>
      <w:r>
        <w:t>Heavy low-register riff with strong rhythmic punctuation. Wide double-tracked guitars in the chorus.</w:t>
      </w:r>
    </w:p>
    <w:p>
      <w:pPr>
        <w:pStyle w:val="ListBullet"/>
      </w:pPr>
      <w:r>
        <w:rPr>
          <w:b/>
        </w:rPr>
        <w:t xml:space="preserve">Acoustic guitar: </w:t>
      </w:r>
      <w:r>
        <w:t>Contrasting acoustic middle section. Strip the arrangement down enough that the listener feels the change physically.</w:t>
      </w:r>
    </w:p>
    <w:p>
      <w:pPr>
        <w:pStyle w:val="ListBullet"/>
      </w:pPr>
      <w:r>
        <w:rPr>
          <w:b/>
        </w:rPr>
        <w:t xml:space="preserve">Bass: </w:t>
      </w:r>
      <w:r>
        <w:t>Heavy, tightly locked to the main riff. In the acoustic section, switch to a warmer melodic role, then return with the full band.</w:t>
      </w:r>
    </w:p>
    <w:p>
      <w:pPr>
        <w:pStyle w:val="ListBullet"/>
      </w:pPr>
      <w:r>
        <w:rPr>
          <w:b/>
        </w:rPr>
        <w:t xml:space="preserve">Drums: </w:t>
      </w:r>
      <w:r>
        <w:t>Strong kick/snare rock groove. Double-kick only for transitions. Use fills to announce structural changes rather than filling every bar.</w:t>
      </w:r>
    </w:p>
    <w:p>
      <w:pPr>
        <w:pStyle w:val="ListBullet"/>
      </w:pPr>
      <w:r>
        <w:rPr>
          <w:b/>
        </w:rPr>
        <w:t xml:space="preserve">Lead guitar: </w:t>
      </w:r>
      <w:r>
        <w:t>Melodic lead follows the chorus theme. Extended 24-bar solo: chorus melody → development → faster phrases → return to theme.</w:t>
      </w:r>
    </w:p>
    <w:p>
      <w:pPr>
        <w:pStyle w:val="ListBullet"/>
      </w:pPr>
      <w:r>
        <w:rPr>
          <w:b/>
        </w:rPr>
        <w:t xml:space="preserve">Harmony guitar: </w:t>
      </w:r>
      <w:r>
        <w:t>Enter late in the chorus and especially after the solo. Use parallel or complementary harmony only where it increases elevation.</w:t>
      </w:r>
    </w:p>
    <w:p>
      <w:pPr>
        <w:pStyle w:val="ListBullet"/>
      </w:pPr>
      <w:r>
        <w:rPr>
          <w:b/>
        </w:rPr>
        <w:t xml:space="preserve">Backing vocals: </w:t>
      </w:r>
      <w:r>
        <w:t>Gang-style chorus on 'Rise above the stronghold / Rise above the chains'. Full stacked response on the final two lines.</w:t>
      </w:r>
    </w:p>
    <w:p>
      <w:pPr>
        <w:pStyle w:val="ListBullet"/>
      </w:pPr>
      <w:r>
        <w:rPr>
          <w:b/>
        </w:rPr>
        <w:t xml:space="preserve">Keys / pads: </w:t>
      </w:r>
      <w:r>
        <w:t>Dark low pad at the beginning. Nearly disappear under the heavy riff; return as a wide atmospheric layer after the acoustic middle.</w:t>
      </w:r>
    </w:p>
    <w:p>
      <w:pPr>
        <w:pStyle w:val="ListBullet"/>
      </w:pPr>
      <w:r>
        <w:rPr>
          <w:b/>
        </w:rPr>
        <w:t xml:space="preserve">Dynamics: </w:t>
      </w:r>
      <w:r>
        <w:t>Album centerpiece. The highest intensity should arrive only after the listener has experienced the stripped acoustic middle and the solo's gradual climb.</w:t>
      </w:r>
    </w:p>
    <w:p>
      <w:pPr>
        <w:pStyle w:val="Heading2"/>
      </w:pPr>
      <w:r>
        <w:t>Lyrics</w:t>
      </w:r>
    </w:p>
    <w:p>
      <w:pPr>
        <w:spacing w:after="100"/>
      </w:pPr>
      <w:r>
        <w:t>VERSE</w:t>
        <w:br/>
        <w:t>They built their towers in the night</w:t>
        <w:br/>
        <w:t>With chains of fear and borrowed light.</w:t>
        <w:br/>
        <w:t>Yet through the weight of smoke and stone,</w:t>
        <w:br/>
        <w:t>A voice is calling me back home.</w:t>
        <w:br/>
      </w:r>
    </w:p>
    <w:p>
      <w:pPr>
        <w:spacing w:after="100"/>
      </w:pPr>
      <w:r>
        <w:rPr>
          <w:b/>
        </w:rPr>
        <w:t>CHORUS</w:t>
        <w:br/>
      </w:r>
      <w:r>
        <w:t>Rise above the stronghold,</w:t>
        <w:br/>
      </w:r>
      <w:r>
        <w:t>Rise above the chains.</w:t>
        <w:br/>
      </w:r>
      <w:r>
        <w:t>Yeshua calls the captive</w:t>
        <w:br/>
      </w:r>
      <w:r>
        <w:t>Out of darkness into grace.</w:t>
        <w:br/>
      </w:r>
      <w:r>
        <w:t>Turn your heart to Yahweh,</w:t>
        <w:br/>
      </w:r>
      <w:r>
        <w:t>Leave the evil road behind.</w:t>
        <w:br/>
      </w:r>
      <w:r>
        <w:t>Repent and choose the living way,</w:t>
        <w:br/>
      </w:r>
      <w:r>
        <w:t>Let His truth renew your mind.</w:t>
        <w:br/>
      </w:r>
    </w:p>
    <w:p>
      <w:r>
        <w:br w:type="page"/>
      </w:r>
    </w:p>
    <w:p>
      <w:pPr>
        <w:pStyle w:val="Heading1"/>
      </w:pPr>
      <w:r>
        <w:t>12. Good Spirits Be With You</w:t>
      </w:r>
    </w:p>
    <w:p>
      <w:r>
        <w:rPr>
          <w:b/>
        </w:rPr>
        <w:t xml:space="preserve">G major • 68 BPM • 3/4 → free-time outro  •  </w:t>
      </w:r>
      <w:r>
        <w:rPr>
          <w:i/>
        </w:rPr>
        <w:t>963 Hz symbolic stillness / connection</w:t>
      </w:r>
    </w:p>
    <w:p>
      <w:pPr>
        <w:pStyle w:val="Heading2"/>
      </w:pPr>
      <w:r>
        <w:t>Emotional / Spiritual Objective</w:t>
      </w:r>
    </w:p>
    <w:p>
      <w:r>
        <w:t>Release the album into stillness, blessing, peace and hope.</w:t>
      </w:r>
    </w:p>
    <w:p>
      <w:pPr>
        <w:pStyle w:val="Heading2"/>
      </w:pPr>
      <w:r>
        <w:t>Instrument-by-Instrument Orchestration</w:t>
      </w:r>
    </w:p>
    <w:p>
      <w:pPr>
        <w:pStyle w:val="ListBullet"/>
      </w:pPr>
      <w:r>
        <w:rPr>
          <w:b/>
        </w:rPr>
        <w:t xml:space="preserve">Spoken / lead voice: </w:t>
      </w:r>
      <w:r>
        <w:t>Very close-mic, calm and reverent. Leave generous silence between the blessing phrases.</w:t>
      </w:r>
    </w:p>
    <w:p>
      <w:pPr>
        <w:pStyle w:val="ListBullet"/>
      </w:pPr>
      <w:r>
        <w:rPr>
          <w:b/>
        </w:rPr>
        <w:t xml:space="preserve">Acoustic guitar: </w:t>
      </w:r>
      <w:r>
        <w:t>Simple 3/4 fingerpicked pattern. Let the natural resonance remain audible.</w:t>
      </w:r>
    </w:p>
    <w:p>
      <w:pPr>
        <w:pStyle w:val="ListBullet"/>
      </w:pPr>
      <w:r>
        <w:rPr>
          <w:b/>
        </w:rPr>
        <w:t xml:space="preserve">Ambient electric guitar: </w:t>
      </w:r>
      <w:r>
        <w:t>Natural harmonics and very slow volume swells. Use long reverb decay. No busy lead line.</w:t>
      </w:r>
    </w:p>
    <w:p>
      <w:pPr>
        <w:pStyle w:val="ListBullet"/>
      </w:pPr>
      <w:r>
        <w:rPr>
          <w:b/>
        </w:rPr>
        <w:t xml:space="preserve">Flute / whistle: </w:t>
      </w:r>
      <w:r>
        <w:t>Optional pastoral color. Enter only in instrumental spaces and never compete with the blessing.</w:t>
      </w:r>
    </w:p>
    <w:p>
      <w:pPr>
        <w:pStyle w:val="ListBullet"/>
      </w:pPr>
      <w:r>
        <w:rPr>
          <w:b/>
        </w:rPr>
        <w:t xml:space="preserve">Bass: </w:t>
      </w:r>
      <w:r>
        <w:t>Extremely sparse; long sustained roots, entering after the vocal has established the atmosphere.</w:t>
      </w:r>
    </w:p>
    <w:p>
      <w:pPr>
        <w:pStyle w:val="ListBullet"/>
      </w:pPr>
      <w:r>
        <w:rPr>
          <w:b/>
        </w:rPr>
        <w:t xml:space="preserve">Drums: </w:t>
      </w:r>
      <w:r>
        <w:t>Soft entrance only. Minimal 3/4 pulse, then disappear completely before or during the spoken blessing.</w:t>
      </w:r>
    </w:p>
    <w:p>
      <w:pPr>
        <w:pStyle w:val="ListBullet"/>
      </w:pPr>
      <w:r>
        <w:rPr>
          <w:b/>
        </w:rPr>
        <w:t xml:space="preserve">Piano / keys: </w:t>
      </w:r>
      <w:r>
        <w:t>Single sustained tones or widely spaced chords. Let silence do part of the work.</w:t>
      </w:r>
    </w:p>
    <w:p>
      <w:pPr>
        <w:pStyle w:val="ListBullet"/>
      </w:pPr>
      <w:r>
        <w:rPr>
          <w:b/>
        </w:rPr>
        <w:t xml:space="preserve">Pads: </w:t>
      </w:r>
      <w:r>
        <w:t>Very quiet, wide and slow-moving. Remove low frequencies so the acoustic guitar and voice remain clear.</w:t>
      </w:r>
    </w:p>
    <w:p>
      <w:pPr>
        <w:pStyle w:val="ListBullet"/>
      </w:pPr>
      <w:r>
        <w:rPr>
          <w:b/>
        </w:rPr>
        <w:t xml:space="preserve">Final guitar: </w:t>
      </w:r>
      <w:r>
        <w:t>Sustained natural harmonic with a long reverb tail. Allow the recording to decay naturally into silence.</w:t>
      </w:r>
    </w:p>
    <w:p>
      <w:pPr>
        <w:pStyle w:val="ListBullet"/>
      </w:pPr>
      <w:r>
        <w:rPr>
          <w:b/>
        </w:rPr>
        <w:t xml:space="preserve">Backing vocals: </w:t>
      </w:r>
      <w:r>
        <w:t>Optional breath-like sustained harmony on the final chorus; none under the spoken blessing.</w:t>
      </w:r>
    </w:p>
    <w:p>
      <w:pPr>
        <w:pStyle w:val="ListBullet"/>
      </w:pPr>
      <w:r>
        <w:rPr>
          <w:b/>
        </w:rPr>
        <w:t xml:space="preserve">Dynamics: </w:t>
      </w:r>
      <w:r>
        <w:t>The album closes by releasing energy rather than adding it. The listener should be left with space, peace and hope.</w:t>
      </w:r>
    </w:p>
    <w:p>
      <w:pPr>
        <w:pStyle w:val="Heading2"/>
      </w:pPr>
      <w:r>
        <w:t>Lyrics</w:t>
      </w:r>
    </w:p>
    <w:p>
      <w:pPr>
        <w:spacing w:after="100"/>
      </w:pPr>
      <w:r>
        <w:rPr>
          <w:b/>
        </w:rPr>
        <w:t>SPOKEN / INTRO</w:t>
        <w:br/>
      </w:r>
      <w:r>
        <w:t>May Yahweh's Holy Spirit guide you.</w:t>
        <w:br/>
      </w:r>
      <w:r>
        <w:t>May wisdom teach you.</w:t>
        <w:br/>
      </w:r>
      <w:r>
        <w:t>May truth protect your heart.</w:t>
        <w:br/>
      </w:r>
    </w:p>
    <w:p>
      <w:pPr>
        <w:spacing w:after="100"/>
      </w:pPr>
      <w:r>
        <w:t>VERSE</w:t>
        <w:br/>
        <w:t>Let love dwell within us;</w:t>
        <w:br/>
        <w:t>Let kindness light the way.</w:t>
        <w:br/>
        <w:t>Let goodness guide our footsteps</w:t>
        <w:br/>
        <w:t>Through each and every day.</w:t>
        <w:br/>
      </w:r>
    </w:p>
    <w:p>
      <w:pPr>
        <w:spacing w:after="100"/>
      </w:pPr>
      <w:r>
        <w:rPr>
          <w:b/>
        </w:rPr>
        <w:t>CHORUS</w:t>
        <w:br/>
      </w:r>
      <w:r>
        <w:t>May the light be with you,</w:t>
        <w:br/>
      </w:r>
      <w:r>
        <w:t>May the truth be your guide.</w:t>
        <w:br/>
      </w:r>
      <w:r>
        <w:t>May Yeshua lead you homeward,</w:t>
        <w:br/>
      </w:r>
      <w:r>
        <w:t>With Yahweh by your side.</w:t>
        <w:br/>
      </w:r>
    </w:p>
    <w:p>
      <w:pPr>
        <w:spacing w:after="100"/>
      </w:pPr>
      <w:r>
        <w:rPr>
          <w:b/>
        </w:rPr>
        <w:t>OUTRO</w:t>
        <w:br/>
      </w:r>
      <w:r>
        <w:t>Turn from evil.</w:t>
        <w:br/>
      </w:r>
      <w:r>
        <w:t>Choose what is good.</w:t>
        <w:br/>
      </w:r>
      <w:r>
        <w:t>Walk in the light</w:t>
        <w:br/>
      </w:r>
      <w:r>
        <w:t>As His children should.</w:t>
        <w:br/>
      </w:r>
    </w:p>
    <w:p>
      <w:r>
        <w:br w:type="page"/>
      </w:r>
    </w:p>
    <w:p>
      <w:pPr>
        <w:pStyle w:val="Heading1"/>
      </w:pPr>
      <w:r>
        <w:t>Recording &amp; Mixing Standards</w:t>
      </w:r>
    </w:p>
    <w:p>
      <w:pPr>
        <w:pStyle w:val="ListBullet"/>
      </w:pPr>
      <w:r>
        <w:t>Use one A=432 Hz master tuning reference throughout the session so guitars, bass, keyboards and acoustic pitched instruments agree.</w:t>
      </w:r>
    </w:p>
    <w:p>
      <w:pPr>
        <w:pStyle w:val="ListBullet"/>
      </w:pPr>
      <w:r>
        <w:t>Keep the lead vocal/message intelligible. Do not allow dense guitars, pads or cymbals to occupy the same space continuously.</w:t>
      </w:r>
    </w:p>
    <w:p>
      <w:pPr>
        <w:pStyle w:val="ListBullet"/>
      </w:pPr>
      <w:r>
        <w:t>Build emotional intensity through arrangement density, register, dynamics, articulation and harmonic movement—not merely by increasing loudness.</w:t>
      </w:r>
    </w:p>
    <w:p>
      <w:pPr>
        <w:pStyle w:val="ListBullet"/>
      </w:pPr>
      <w:r>
        <w:t>Use contrast deliberately: clean → distorted, sparse → dense, low → high, minor → brighter resolution, rhythmic → spacious.</w:t>
      </w:r>
    </w:p>
    <w:p>
      <w:pPr>
        <w:pStyle w:val="ListBullet"/>
      </w:pPr>
      <w:r>
        <w:t>Treat lead guitar as a second voice. Favor memorable motifs, bends, sustained notes, call-and-response and thematic development.</w:t>
      </w:r>
    </w:p>
    <w:p>
      <w:pPr>
        <w:pStyle w:val="ListBullet"/>
      </w:pPr>
      <w:r>
        <w:t>Use silence as an orchestration element. Remove instruments before major emotional statements so their return has meaning.</w:t>
      </w:r>
    </w:p>
    <w:p>
      <w:pPr>
        <w:pStyle w:val="ListBullet"/>
      </w:pPr>
      <w:r>
        <w:t>Record separate stems for lead vocal, backing vocals, drums, bass, acoustic guitar, rhythm guitars, lead guitar, keys/pads and optional flute/whistle.</w:t>
      </w:r>
    </w:p>
    <w:p>
      <w:pPr>
        <w:pStyle w:val="ListBullet"/>
      </w:pPr>
      <w:r>
        <w:t>Keep spiritual interpretations clearly identified as the album's theological/creative framework. Do not market 432 Hz or the 639/741/852/963 concepts as established medical treatments or guaranteed biological effects.</w:t>
      </w:r>
    </w:p>
    <w:p>
      <w:pPr>
        <w:pStyle w:val="Heading1"/>
      </w:pPr>
      <w:r>
        <w:t>Album-Level Energy Arc</w:t>
      </w:r>
    </w:p>
    <w:p>
      <w:r>
        <w:t>DISC ONE — EXPOSURE &amp; AWAKENING: 1 Bring It Into the Light → 2 The Two Ways → 3 Strongholds Fall → 4 No Longer Bound → 5 The Watchman.</w:t>
      </w:r>
    </w:p>
    <w:p>
      <w:r>
        <w:t>DISC TWO — REPENTANCE, RESTORATION &amp; HOPE: 6 Grace Is Still Calling → 7 House of Truth → 8 Mercy Like the Morning → 9 Walk in the Light → 10 Return to Yahweh → 11 Rise Above the Stronghold → 12 Good Spirits Be With You.</w:t>
      </w:r>
    </w:p>
    <w:p>
      <w:r>
        <w:t>The overall production should feel like one continuous journey: the first disc increases awareness and confrontation; the second disc transforms that tension into mercy, obedience, restoration, freedom and finally stillness.</w:t>
      </w:r>
    </w:p>
    <w:p>
      <w:r>
        <w:br w:type="page"/>
      </w:r>
    </w:p>
    <w:p>
      <w:pPr>
        <w:pStyle w:val="Heading1"/>
      </w:pPr>
      <w:r>
        <w:t>FINAL PRODUCTION PROCESS</w:t>
      </w:r>
    </w:p>
    <w:p>
      <w:pPr>
        <w:pStyle w:val="Heading2"/>
      </w:pPr>
      <w:r>
        <w:t>1. Song lock</w:t>
      </w:r>
    </w:p>
    <w:p>
      <w:r>
        <w:t>Freeze lyrics, keys, tempos, meters, song forms, endings, solo lengths, and vocal point of view. Create a dated change log; no silent lyric or arrangement changes after lock.</w:t>
      </w:r>
    </w:p>
    <w:p>
      <w:pPr>
        <w:pStyle w:val="Heading2"/>
      </w:pPr>
      <w:r>
        <w:t>2. Pre-production rehearsal</w:t>
      </w:r>
    </w:p>
    <w:p>
      <w:r>
        <w:t>Rehearse every song to a click/reference tempo. Confirm singable keys, transitions, count-ins, odd-meter accents, guitar tunings, and approximate song lengths. Record simple rehearsal demos before full tracking.</w:t>
      </w:r>
    </w:p>
    <w:p>
      <w:pPr>
        <w:pStyle w:val="Heading2"/>
      </w:pPr>
      <w:r>
        <w:t>3. Session preparation</w:t>
      </w:r>
    </w:p>
    <w:p>
      <w:r>
        <w:t>Use one A=432 Hz reference for pitched instruments as the project’s creative tuning choice. Build one session template, consistent track names, bar/beat markers, tempo maps, sample rate/bit depth, and redundant storage.</w:t>
      </w:r>
    </w:p>
    <w:p>
      <w:pPr>
        <w:pStyle w:val="Heading2"/>
      </w:pPr>
      <w:r>
        <w:t>4. Tracking</w:t>
      </w:r>
    </w:p>
    <w:p>
      <w:r>
        <w:t>Capture drums/rhythm foundation first where practical, then bass, rhythm guitars, acoustic/keys, lead instruments, lead vocal, backing vocals, and final textures. Preserve clean DI tracks where useful. Record alternate takes without overwriting approved takes.</w:t>
      </w:r>
    </w:p>
    <w:p>
      <w:pPr>
        <w:pStyle w:val="Heading2"/>
      </w:pPr>
      <w:r>
        <w:t>5. Editing</w:t>
      </w:r>
    </w:p>
    <w:p>
      <w:r>
        <w:t>Comp performances for musicality and clarity; correct only what distracts. Clean clicks/noise, check phase and timing, preserve natural dynamics, and confirm every lyric against the locked songbook.</w:t>
      </w:r>
    </w:p>
    <w:p>
      <w:pPr>
        <w:pStyle w:val="Heading2"/>
      </w:pPr>
      <w:r>
        <w:t>6. Mixing</w:t>
      </w:r>
    </w:p>
    <w:p>
      <w:r>
        <w:t>Prioritize the lead vocal and message. Control masking, low-frequency buildup, harshness and excessive loudness. Automate dynamics so each song follows its intended emotional arc. Print instrumental and performance versions where useful.</w:t>
      </w:r>
    </w:p>
    <w:p>
      <w:pPr>
        <w:pStyle w:val="Heading2"/>
      </w:pPr>
      <w:r>
        <w:t>7. Mastering</w:t>
      </w:r>
    </w:p>
    <w:p>
      <w:r>
        <w:t>Sequence the album, balance tonal character and perceived loudness from song to song, preserve dynamics, set clean starts/fades, and create distribution-ready masters. Do not make medical or guaranteed biological claims about tuning/frequency choices.</w:t>
      </w:r>
    </w:p>
    <w:p>
      <w:pPr>
        <w:pStyle w:val="Heading2"/>
      </w:pPr>
      <w:r>
        <w:t>8. Metadata and rights</w:t>
      </w:r>
    </w:p>
    <w:p>
      <w:r>
        <w:t>Confirm final artist/project name, writers, composers, performers, producer, engineer, studio, artwork credits, copyright owner, publishing information, ISRC/UPC when obtained, explicit-content status, release date, and contact information. Obtain written permission/releases for any third-party performances, samples, photographs or artwork.</w:t>
      </w:r>
    </w:p>
    <w:p>
      <w:pPr>
        <w:pStyle w:val="Heading2"/>
      </w:pPr>
      <w:r>
        <w:t>9. Artwork and release assets</w:t>
      </w:r>
    </w:p>
    <w:p>
      <w:r>
        <w:t>Prepare square cover artwork at distributor-required resolution, readable thumbnail typography, album/track credits, lyric sheet, short/long project description, press photo if desired, and platform-safe promotional crops.</w:t>
      </w:r>
    </w:p>
    <w:p>
      <w:pPr>
        <w:pStyle w:val="Heading2"/>
      </w:pPr>
      <w:r>
        <w:t>10. Quality control</w:t>
      </w:r>
    </w:p>
    <w:p>
      <w:r>
        <w:t>Listen to final masters on headphones, studio monitors, phone speaker, car, and a small consumer speaker. Check beginnings/endings, clicks, distortion, vocal intelligibility, track order, metadata spelling, file names, artwork, and lyric consistency.</w:t>
      </w:r>
    </w:p>
    <w:p>
      <w:pPr>
        <w:pStyle w:val="Heading2"/>
      </w:pPr>
      <w:r>
        <w:t>11. Backup and archive</w:t>
      </w:r>
    </w:p>
    <w:p>
      <w:r>
        <w:t>Keep at least three copies of sessions and masters, with one off-device/off-site copy. Archive multitracks, stems, mix recalls, masters, artwork, lyrics, credits, licenses/releases, and checksums.</w:t>
      </w:r>
    </w:p>
    <w:p>
      <w:pPr>
        <w:pStyle w:val="Heading2"/>
      </w:pPr>
      <w:r>
        <w:t>12. Release handoff</w:t>
      </w:r>
    </w:p>
    <w:p>
      <w:r>
        <w:t>Create a clean distributor/studio folder containing masters, alternate masters, artwork, metadata/credits, lyrics, production notes, rights documentation, and checksum manifest. Keep working files separate from the delivery folder.</w:t>
      </w:r>
    </w:p>
    <w:p>
      <w:pPr>
        <w:pStyle w:val="Heading1"/>
      </w:pPr>
      <w:r>
        <w:t>SUCCESS CONTROLS ADDED</w:t>
      </w:r>
    </w:p>
    <w:p>
      <w:pPr>
        <w:pStyle w:val="ListBullet"/>
      </w:pPr>
      <w:r>
        <w:t>A single creative identity: classic/progressive/blues-heavy rock characteristics with original writing, rather than imitation of any named artist.</w:t>
      </w:r>
    </w:p>
    <w:p>
      <w:pPr>
        <w:pStyle w:val="ListBullet"/>
      </w:pPr>
      <w:r>
        <w:t>A coherent double-album narrative: Disc One exposes darkness and strongholds; Disc Two moves through repentance, mercy, restoration and peace.</w:t>
      </w:r>
    </w:p>
    <w:p>
      <w:pPr>
        <w:pStyle w:val="ListBullet"/>
      </w:pPr>
      <w:r>
        <w:t>Hook discipline: each song should have one immediately identifiable vocal or instrumental hook; intros and solos should serve the song rather than compete with the lyric.</w:t>
      </w:r>
    </w:p>
    <w:p>
      <w:pPr>
        <w:pStyle w:val="ListBullet"/>
      </w:pPr>
      <w:r>
        <w:t>Runtime discipline: trim repeated sections that do not increase emotional impact. The producer may shorten arrangements after rehearsal while preserving the locked lyrical meaning.</w:t>
      </w:r>
    </w:p>
    <w:p>
      <w:pPr>
        <w:pStyle w:val="ListBullet"/>
      </w:pPr>
      <w:r>
        <w:t>Vocal intelligibility standard: sacred names, central theological lines, and chorus hooks must remain understandable on small speakers.</w:t>
      </w:r>
    </w:p>
    <w:p>
      <w:pPr>
        <w:pStyle w:val="ListBullet"/>
      </w:pPr>
      <w:r>
        <w:t>Claim discipline: 432 Hz and other frequency labels remain creative/symbolic production choices, not medical treatments or guaranteed biological effects.</w:t>
      </w:r>
    </w:p>
    <w:p>
      <w:pPr>
        <w:pStyle w:val="ListBullet"/>
      </w:pPr>
      <w:r>
        <w:t>Originality and rights check before release: no unlicensed samples, copied melodies, copyrighted artwork, or confusingly close imitation of another recording.</w:t>
      </w:r>
    </w:p>
    <w:p>
      <w:pPr>
        <w:pStyle w:val="ListBullet"/>
      </w:pPr>
      <w:r>
        <w:t>Audience pathway: prepare a concise album story, two or three focus tracks/singles, lyric/visual content, and a release calendar rather than releasing assets without context.</w:t>
      </w:r>
    </w:p>
    <w:p>
      <w:pPr>
        <w:pStyle w:val="ListBullet"/>
      </w:pPr>
      <w:r>
        <w:t>Performance readiness: create simplified live arrangements, count-ins/cues, backing-track policy if used, and a stage input list after studio arrangements are locked.</w:t>
      </w:r>
    </w:p>
    <w:p>
      <w:pPr>
        <w:pStyle w:val="ListBullet"/>
      </w:pPr>
      <w:r>
        <w:t>Version discipline: use filenames such as Track##_Title_Mix_v01 and never overwrite the only approved master.</w:t>
      </w:r>
    </w:p>
    <w:p>
      <w:pPr>
        <w:pStyle w:val="Heading1"/>
      </w:pPr>
      <w:r>
        <w:t>FINAL RELEASE GATE</w:t>
      </w:r>
    </w:p>
    <w:tbl>
      <w:tblPr>
        <w:tblStyle w:val="TableGrid"/>
        <w:tblW w:type="auto" w:w="0"/>
        <w:tblLook w:firstColumn="1" w:firstRow="1" w:lastColumn="0" w:lastRow="0" w:noHBand="0" w:noVBand="1" w:val="04A0"/>
      </w:tblPr>
      <w:tblGrid>
        <w:gridCol w:w="3360"/>
        <w:gridCol w:w="3360"/>
        <w:gridCol w:w="3360"/>
      </w:tblGrid>
      <w:tr>
        <w:tc>
          <w:tcPr>
            <w:tcW w:type="dxa" w:w="3360"/>
            <w:shd w:fill="E7E6E6"/>
          </w:tcPr>
          <w:p>
            <w:r>
              <w:t>AREA</w:t>
            </w:r>
          </w:p>
        </w:tc>
        <w:tc>
          <w:tcPr>
            <w:tcW w:type="dxa" w:w="3360"/>
            <w:shd w:fill="E7E6E6"/>
          </w:tcPr>
          <w:p>
            <w:r>
              <w:t>PASS CONDITION</w:t>
            </w:r>
          </w:p>
        </w:tc>
        <w:tc>
          <w:tcPr>
            <w:tcW w:type="dxa" w:w="3360"/>
            <w:shd w:fill="E7E6E6"/>
          </w:tcPr>
          <w:p>
            <w:r>
              <w:t>STATUS</w:t>
            </w:r>
          </w:p>
        </w:tc>
      </w:tr>
      <w:tr>
        <w:tc>
          <w:tcPr>
            <w:tcW w:type="dxa" w:w="3360"/>
          </w:tcPr>
          <w:p>
            <w:r>
              <w:t>Songwriting</w:t>
            </w:r>
          </w:p>
        </w:tc>
        <w:tc>
          <w:tcPr>
            <w:tcW w:type="dxa" w:w="3360"/>
          </w:tcPr>
          <w:p>
            <w:r>
              <w:t>All 12 songs have final lyric/form/key/tempo decisions</w:t>
            </w:r>
          </w:p>
        </w:tc>
        <w:tc>
          <w:tcPr>
            <w:tcW w:type="dxa" w:w="3360"/>
          </w:tcPr>
          <w:p>
            <w:r>
              <w:t>[ ] PASS</w:t>
            </w:r>
          </w:p>
        </w:tc>
      </w:tr>
      <w:tr>
        <w:tc>
          <w:tcPr>
            <w:tcW w:type="dxa" w:w="3360"/>
          </w:tcPr>
          <w:p>
            <w:r>
              <w:t>Arrangement</w:t>
            </w:r>
          </w:p>
        </w:tc>
        <w:tc>
          <w:tcPr>
            <w:tcW w:type="dxa" w:w="3360"/>
          </w:tcPr>
          <w:p>
            <w:r>
              <w:t>Every intro, transition, solo, ending and dynamic arc is approved</w:t>
            </w:r>
          </w:p>
        </w:tc>
        <w:tc>
          <w:tcPr>
            <w:tcW w:type="dxa" w:w="3360"/>
          </w:tcPr>
          <w:p>
            <w:r>
              <w:t>[ ] PASS</w:t>
            </w:r>
          </w:p>
        </w:tc>
      </w:tr>
      <w:tr>
        <w:tc>
          <w:tcPr>
            <w:tcW w:type="dxa" w:w="3360"/>
          </w:tcPr>
          <w:p>
            <w:r>
              <w:t>Performance</w:t>
            </w:r>
          </w:p>
        </w:tc>
        <w:tc>
          <w:tcPr>
            <w:tcW w:type="dxa" w:w="3360"/>
          </w:tcPr>
          <w:p>
            <w:r>
              <w:t>Final takes are selected and technically clean</w:t>
            </w:r>
          </w:p>
        </w:tc>
        <w:tc>
          <w:tcPr>
            <w:tcW w:type="dxa" w:w="3360"/>
          </w:tcPr>
          <w:p>
            <w:r>
              <w:t>[ ] PASS</w:t>
            </w:r>
          </w:p>
        </w:tc>
      </w:tr>
      <w:tr>
        <w:tc>
          <w:tcPr>
            <w:tcW w:type="dxa" w:w="3360"/>
          </w:tcPr>
          <w:p>
            <w:r>
              <w:t>Mix</w:t>
            </w:r>
          </w:p>
        </w:tc>
        <w:tc>
          <w:tcPr>
            <w:tcW w:type="dxa" w:w="3360"/>
          </w:tcPr>
          <w:p>
            <w:r>
              <w:t>Mixes translate across multiple playback systems</w:t>
            </w:r>
          </w:p>
        </w:tc>
        <w:tc>
          <w:tcPr>
            <w:tcW w:type="dxa" w:w="3360"/>
          </w:tcPr>
          <w:p>
            <w:r>
              <w:t>[ ] PASS</w:t>
            </w:r>
          </w:p>
        </w:tc>
      </w:tr>
      <w:tr>
        <w:tc>
          <w:tcPr>
            <w:tcW w:type="dxa" w:w="3360"/>
          </w:tcPr>
          <w:p>
            <w:r>
              <w:t>Master</w:t>
            </w:r>
          </w:p>
        </w:tc>
        <w:tc>
          <w:tcPr>
            <w:tcW w:type="dxa" w:w="3360"/>
          </w:tcPr>
          <w:p>
            <w:r>
              <w:t>Sequenced distribution masters are approved</w:t>
            </w:r>
          </w:p>
        </w:tc>
        <w:tc>
          <w:tcPr>
            <w:tcW w:type="dxa" w:w="3360"/>
          </w:tcPr>
          <w:p>
            <w:r>
              <w:t>[ ] PASS</w:t>
            </w:r>
          </w:p>
        </w:tc>
      </w:tr>
      <w:tr>
        <w:tc>
          <w:tcPr>
            <w:tcW w:type="dxa" w:w="3360"/>
          </w:tcPr>
          <w:p>
            <w:r>
              <w:t>Lyrics</w:t>
            </w:r>
          </w:p>
        </w:tc>
        <w:tc>
          <w:tcPr>
            <w:tcW w:type="dxa" w:w="3360"/>
          </w:tcPr>
          <w:p>
            <w:r>
              <w:t>Printed lyrics match the sung masters exactly</w:t>
            </w:r>
          </w:p>
        </w:tc>
        <w:tc>
          <w:tcPr>
            <w:tcW w:type="dxa" w:w="3360"/>
          </w:tcPr>
          <w:p>
            <w:r>
              <w:t>[ ] PASS</w:t>
            </w:r>
          </w:p>
        </w:tc>
      </w:tr>
      <w:tr>
        <w:tc>
          <w:tcPr>
            <w:tcW w:type="dxa" w:w="3360"/>
          </w:tcPr>
          <w:p>
            <w:r>
              <w:t>Credits</w:t>
            </w:r>
          </w:p>
        </w:tc>
        <w:tc>
          <w:tcPr>
            <w:tcW w:type="dxa" w:w="3360"/>
          </w:tcPr>
          <w:p>
            <w:r>
              <w:t>Writers, performers and production credits are complete</w:t>
            </w:r>
          </w:p>
        </w:tc>
        <w:tc>
          <w:tcPr>
            <w:tcW w:type="dxa" w:w="3360"/>
          </w:tcPr>
          <w:p>
            <w:r>
              <w:t>[ ] PASS</w:t>
            </w:r>
          </w:p>
        </w:tc>
      </w:tr>
      <w:tr>
        <w:tc>
          <w:tcPr>
            <w:tcW w:type="dxa" w:w="3360"/>
          </w:tcPr>
          <w:p>
            <w:r>
              <w:t>Rights</w:t>
            </w:r>
          </w:p>
        </w:tc>
        <w:tc>
          <w:tcPr>
            <w:tcW w:type="dxa" w:w="3360"/>
          </w:tcPr>
          <w:p>
            <w:r>
              <w:t>Samples/artwork/photos/guest performances are cleared</w:t>
            </w:r>
          </w:p>
        </w:tc>
        <w:tc>
          <w:tcPr>
            <w:tcW w:type="dxa" w:w="3360"/>
          </w:tcPr>
          <w:p>
            <w:r>
              <w:t>[ ] PASS</w:t>
            </w:r>
          </w:p>
        </w:tc>
      </w:tr>
      <w:tr>
        <w:tc>
          <w:tcPr>
            <w:tcW w:type="dxa" w:w="3360"/>
          </w:tcPr>
          <w:p>
            <w:r>
              <w:t>Metadata</w:t>
            </w:r>
          </w:p>
        </w:tc>
        <w:tc>
          <w:tcPr>
            <w:tcW w:type="dxa" w:w="3360"/>
          </w:tcPr>
          <w:p>
            <w:r>
              <w:t>Track titles, numbering, artist name and identifiers are verified</w:t>
            </w:r>
          </w:p>
        </w:tc>
        <w:tc>
          <w:tcPr>
            <w:tcW w:type="dxa" w:w="3360"/>
          </w:tcPr>
          <w:p>
            <w:r>
              <w:t>[ ] PASS</w:t>
            </w:r>
          </w:p>
        </w:tc>
      </w:tr>
      <w:tr>
        <w:tc>
          <w:tcPr>
            <w:tcW w:type="dxa" w:w="3360"/>
          </w:tcPr>
          <w:p>
            <w:r>
              <w:t>Artwork</w:t>
            </w:r>
          </w:p>
        </w:tc>
        <w:tc>
          <w:tcPr>
            <w:tcW w:type="dxa" w:w="3360"/>
          </w:tcPr>
          <w:p>
            <w:r>
              <w:t>Final cover and platform crops are approved</w:t>
            </w:r>
          </w:p>
        </w:tc>
        <w:tc>
          <w:tcPr>
            <w:tcW w:type="dxa" w:w="3360"/>
          </w:tcPr>
          <w:p>
            <w:r>
              <w:t>[ ] PASS</w:t>
            </w:r>
          </w:p>
        </w:tc>
      </w:tr>
      <w:tr>
        <w:tc>
          <w:tcPr>
            <w:tcW w:type="dxa" w:w="3360"/>
          </w:tcPr>
          <w:p>
            <w:r>
              <w:t>Distribution</w:t>
            </w:r>
          </w:p>
        </w:tc>
        <w:tc>
          <w:tcPr>
            <w:tcW w:type="dxa" w:w="3360"/>
          </w:tcPr>
          <w:p>
            <w:r>
              <w:t>Distributor specifications and delivery formats are verified at release time</w:t>
            </w:r>
          </w:p>
        </w:tc>
        <w:tc>
          <w:tcPr>
            <w:tcW w:type="dxa" w:w="3360"/>
          </w:tcPr>
          <w:p>
            <w:r>
              <w:t>[ ] PASS</w:t>
            </w:r>
          </w:p>
        </w:tc>
      </w:tr>
      <w:tr>
        <w:tc>
          <w:tcPr>
            <w:tcW w:type="dxa" w:w="3360"/>
          </w:tcPr>
          <w:p>
            <w:r>
              <w:t>Archive</w:t>
            </w:r>
          </w:p>
        </w:tc>
        <w:tc>
          <w:tcPr>
            <w:tcW w:type="dxa" w:w="3360"/>
          </w:tcPr>
          <w:p>
            <w:r>
              <w:t>Sessions, stems, masters and documentation are backed up</w:t>
            </w:r>
          </w:p>
        </w:tc>
        <w:tc>
          <w:tcPr>
            <w:tcW w:type="dxa" w:w="3360"/>
          </w:tcPr>
          <w:p>
            <w:r>
              <w:t>[ ] PASS</w:t>
            </w:r>
          </w:p>
        </w:tc>
      </w:tr>
      <w:tr>
        <w:tc>
          <w:tcPr>
            <w:tcW w:type="dxa" w:w="3360"/>
          </w:tcPr>
          <w:p>
            <w:r>
              <w:t>Integrity</w:t>
            </w:r>
          </w:p>
        </w:tc>
        <w:tc>
          <w:tcPr>
            <w:tcW w:type="dxa" w:w="3360"/>
          </w:tcPr>
          <w:p>
            <w:r>
              <w:t>Checksums created for the final delivery package</w:t>
            </w:r>
          </w:p>
        </w:tc>
        <w:tc>
          <w:tcPr>
            <w:tcW w:type="dxa" w:w="3360"/>
          </w:tcPr>
          <w:p>
            <w:r>
              <w:t>[ ] PASS</w:t>
            </w:r>
          </w:p>
        </w:tc>
      </w:tr>
    </w:tbl>
    <w:p>
      <w:r>
        <w:t>Release status remains PRE-PRODUCTION / PRODUCTION-READY until recorded performances, mixes and masters actually exist and every gate above passes. This wording prevents a creative blueprint from being mistaken for a finished audio album.</w:t>
      </w:r>
    </w:p>
    <w:p>
      <w:pPr>
        <w:pStyle w:val="Heading1"/>
      </w:pPr>
      <w:r>
        <w:t>FINAL EDITORIAL NOTE</w:t>
      </w:r>
    </w:p>
    <w:p>
      <w:r>
        <w:t>The project is now organized as a studio-ready production master. The remaining completion work is execution: rehearsal, recording, editing, mixing, mastering, artwork/metadata finalization, rights clearance, distribution specification check, and final QC. Creative frequency language is retained only as symbolic/production direction. No release should be labeled a finished recorded album until audio masters exist.</w:t>
      </w:r>
    </w:p>
    <w:p>
      <w:r>
        <w:br w:type="page"/>
      </w:r>
    </w:p>
    <w:p>
      <w:pPr>
        <w:pStyle w:val="Heading1"/>
      </w:pPr>
      <w:r>
        <w:t>FINAL LYRIC EDITORIAL REVIEW - STUDIO LOCK</w:t>
      </w:r>
    </w:p>
    <w:p>
      <w:r>
        <w:t>This pass polishes diction, grammar, singability, imagery, consistency, and theological clarity without changing the album's governing message. Strong hooks and song identities were preserved. Final syllable placement may still be adjusted during pre-production, but any change that alters meaning or Sacred Name usage must return to the lyric master.</w:t>
      </w:r>
    </w:p>
    <w:p>
      <w:pPr>
        <w:pStyle w:val="Heading2"/>
      </w:pPr>
      <w:r>
        <w:t>Editorial findings</w:t>
      </w:r>
    </w:p>
    <w:p>
      <w:pPr>
        <w:pStyle w:val="ListBullet"/>
      </w:pPr>
      <w:r>
        <w:t>The 12-song narrative is coherent and ready for pre-production: exposure -&gt; discernment -&gt; breaking strongholds -&gt; mercy -&gt; repentance -&gt; restoration -&gt; peace.</w:t>
      </w:r>
    </w:p>
    <w:p>
      <w:pPr>
        <w:pStyle w:val="ListBullet"/>
      </w:pPr>
      <w:r>
        <w:t>Several lines were tightened to remove awkward phrasing, improve parallel structure, and make the words easier to sing naturally.</w:t>
      </w:r>
    </w:p>
    <w:p>
      <w:pPr>
        <w:pStyle w:val="ListBullet"/>
      </w:pPr>
      <w:r>
        <w:t>Repeated spiritual vocabulary is intentional, but arrangements should keep recurring words such as light, truth, mercy, home, stronghold, and way from sounding musically repetitive.</w:t>
      </w:r>
    </w:p>
    <w:p>
      <w:pPr>
        <w:pStyle w:val="ListBullet"/>
      </w:pPr>
      <w:r>
        <w:t>The songs are deliberately concise. Demo the present forms before adding material. Add a second verse only where the recording feels underdeveloped; do not lengthen every song automatically.</w:t>
      </w:r>
    </w:p>
    <w:p>
      <w:pPr>
        <w:pStyle w:val="ListBullet"/>
      </w:pPr>
      <w:r>
        <w:t>The vocalist should test every key. Transposition for vocal range is a production decision and does not alter the lyric master.</w:t>
      </w:r>
    </w:p>
    <w:p>
      <w:pPr>
        <w:pStyle w:val="ListBullet"/>
      </w:pPr>
      <w:r>
        <w:t>Sacred Names remain Yahweh and Yeshua. Do not mechanically substitute divine titles where context or lyric meaning requires a distinction.</w:t>
      </w:r>
    </w:p>
    <w:p>
      <w:pPr>
        <w:pStyle w:val="ListBullet"/>
      </w:pPr>
      <w:r>
        <w:t>No tuning or frequency language should be marketed as medical treatment or a guaranteed biological effect.</w:t>
      </w:r>
    </w:p>
    <w:p>
      <w:pPr>
        <w:pStyle w:val="Heading2"/>
      </w:pPr>
      <w:r>
        <w:t>Pre-production decision points</w:t>
      </w:r>
    </w:p>
    <w:p>
      <w:pPr>
        <w:pStyle w:val="ListBullet"/>
      </w:pPr>
      <w:r>
        <w:t>Demo all 12 songs and time each one before final tracking.</w:t>
      </w:r>
    </w:p>
    <w:p>
      <w:pPr>
        <w:pStyle w:val="ListBullet"/>
      </w:pPr>
      <w:r>
        <w:t>Choose 2-3 focus tracks after hearing the demos.</w:t>
      </w:r>
    </w:p>
    <w:p>
      <w:pPr>
        <w:pStyle w:val="ListBullet"/>
      </w:pPr>
      <w:r>
        <w:t>Check whether Strongholds Fall and Mercy Like the Morning need a second verse after demo playback; their concise forms may work if instrumental development carries the arc.</w:t>
      </w:r>
    </w:p>
    <w:p>
      <w:pPr>
        <w:pStyle w:val="ListBullet"/>
      </w:pPr>
      <w:r>
        <w:t>Rehearse The Watchman's 7/8 verse carefully so natural word stress survives the transition to 4/4.</w:t>
      </w:r>
    </w:p>
    <w:p>
      <w:pPr>
        <w:pStyle w:val="ListBullet"/>
      </w:pPr>
      <w:r>
        <w:t>Keep Rise Above the Stronghold's 24-bar solo only if it earns its length in the demo; shorten it if it delays the final lyrical climax.</w:t>
      </w:r>
    </w:p>
    <w:p>
      <w:pPr>
        <w:pStyle w:val="ListBullet"/>
      </w:pPr>
      <w:r>
        <w:t>Preserve the restraint and silence of Good Spirits Be With You; the closing blessing should not become another full-intensity climax.</w:t>
      </w:r>
    </w:p>
    <w:p>
      <w:r>
        <w:br w:type="page"/>
      </w:r>
    </w:p>
    <w:p>
      <w:pPr>
        <w:pStyle w:val="Heading1"/>
      </w:pPr>
      <w:r>
        <w:t>SUPPLEMENTAL SONG SUITE - LAND, WATER, COMMUNITY &amp; RENEWAL</w:t>
      </w:r>
    </w:p>
    <w:p>
      <w:r>
        <w:t>Creative integration of the preserved Facebook source-post sequence on conservation, outdoor recreation, hunting, fishing, tourism, wellness hospitality, nature integration, local agriculture, and local cuisine. The original screenshots remain preserved separately as provenance; this section converts their themes into original songs rather than reproducing the posts verbatim.</w:t>
      </w:r>
    </w:p>
    <w:p>
      <w:pPr>
        <w:pStyle w:val="Heading2"/>
      </w:pPr>
      <w:r>
        <w:t>Frequency and vocal policy</w:t>
      </w:r>
    </w:p>
    <w:p>
      <w:pPr>
        <w:pStyle w:val="ListBullet"/>
      </w:pPr>
      <w:r>
        <w:t>Keep the project-wide tuning concept at A4 = 432 Hz where practical. A sustained sung A4 therefore lands directly on 432 Hz; lower A octaves can reinforce the same tonal center without forcing an uncomfortable register.</w:t>
      </w:r>
    </w:p>
    <w:p>
      <w:pPr>
        <w:pStyle w:val="ListBullet"/>
      </w:pPr>
      <w:r>
        <w:t>The 174, 285, 396, 528, 639, 741, and 852 Hz labels below are creative production and emotional-arc cues. They are not medical claims and do not require every vocal fundamental to equal the printed number exactly.</w:t>
      </w:r>
    </w:p>
    <w:p>
      <w:pPr>
        <w:pStyle w:val="ListBullet"/>
      </w:pPr>
      <w:r>
        <w:t>Use exact auxiliary tones only as subtle drones, resonant synth layers, tuned percussion, or studio reference tones when musically useful. The lead vocal should stay in a natural, expressive range and reach its emotional peak through melody, dynamics, harmony, and breath support.</w:t>
      </w:r>
    </w:p>
    <w:p>
      <w:pPr>
        <w:pStyle w:val="ListBullet"/>
      </w:pPr>
      <w:r>
        <w:t>The suite follows the established emotional architecture: grounded calm -&gt; safety -&gt; release/courage -&gt; balance -&gt; warmth/connection -&gt; clarity/hope -&gt; peaceful resolution.</w:t>
      </w:r>
    </w:p>
    <w:p>
      <w:pPr>
        <w:pStyle w:val="Heading2"/>
      </w:pPr>
      <w:r>
        <w:t>Source-post thematic map</w:t>
      </w:r>
    </w:p>
    <w:p>
      <w:pPr>
        <w:pStyle w:val="ListBullet"/>
      </w:pPr>
      <w:r>
        <w:t>Conservation and outdoor-recreation economics -&gt; Song 13, The Land Gives Back.</w:t>
      </w:r>
    </w:p>
    <w:p>
      <w:pPr>
        <w:pStyle w:val="ListBullet"/>
      </w:pPr>
      <w:r>
        <w:t>Hunting, fishing, outfitting, rural jobs, and local spending -&gt; Song 14, River, Trail and Sky.</w:t>
      </w:r>
    </w:p>
    <w:p>
      <w:pPr>
        <w:pStyle w:val="ListBullet"/>
      </w:pPr>
      <w:r>
        <w:t>Winter tourism, skiing, water, trails, and ecosystem services -&gt; Song 15, White Roads, Open Water.</w:t>
      </w:r>
    </w:p>
    <w:p>
      <w:pPr>
        <w:pStyle w:val="ListBullet"/>
      </w:pPr>
      <w:r>
        <w:t>Wellness tourism, hospitality, mindful spaces, and nature integration -&gt; Song 16, A Place to Breathe.</w:t>
      </w:r>
    </w:p>
    <w:p>
      <w:pPr>
        <w:pStyle w:val="ListBullet"/>
      </w:pPr>
      <w:r>
        <w:t>Local agriculture, farm-to-table food, seafood, game, fruit, vegetables, and regional cuisine -&gt; Song 17, From Field to Flame.</w:t>
      </w:r>
    </w:p>
    <w:p>
      <w:pPr>
        <w:pStyle w:val="ListBullet"/>
      </w:pPr>
      <w:r>
        <w:t>The combined vision of conservation, tourism, community prosperity, and stewardship -&gt; Song 18, A Country Worth Keeping.</w:t>
      </w:r>
    </w:p>
    <w:p>
      <w:pPr>
        <w:pStyle w:val="Heading1"/>
      </w:pPr>
      <w:r>
        <w:t>13. The Land Gives Back</w:t>
      </w:r>
    </w:p>
    <w:p>
      <w:r>
        <w:t>D minor -&gt; F major • 82 BPM • 4/4 • 174 -&gt; 285 Hz grounding / safety cue</w:t>
      </w:r>
    </w:p>
    <w:p>
      <w:pPr>
        <w:pStyle w:val="Heading2"/>
      </w:pPr>
      <w:r>
        <w:t>Emotional / Frequency Arc</w:t>
      </w:r>
    </w:p>
    <w:p>
      <w:r>
        <w:t>Begin low and spacious, like boots on cold earth before sunrise. The first verse carries weight and restraint; the chorus opens into gratitude and possibility. The emotional message is that land protected with wisdom can support both life and livelihood without reducing nature to a commodity.</w:t>
      </w:r>
    </w:p>
    <w:p>
      <w:pPr>
        <w:pStyle w:val="Heading2"/>
      </w:pPr>
      <w:r>
        <w:t>Vocal Design</w:t>
      </w:r>
    </w:p>
    <w:p>
      <w:r>
        <w:t>Lead vocal: comfortable low-mid register, approximately A2-D4 for a lower voice or A3-D5 for a higher voice. Keep the first verse almost conversational. Let the chorus rise by a fourth and widen the vowels on “gives back” and “leave it alive.” Avoid forcing low notes simply to imitate 174 Hz; use a low drone underneath instead.</w:t>
      </w:r>
    </w:p>
    <w:p>
      <w:pPr>
        <w:pStyle w:val="Heading2"/>
      </w:pPr>
      <w:r>
        <w:t>Arrangement</w:t>
      </w:r>
    </w:p>
    <w:p>
      <w:pPr>
        <w:pStyle w:val="ListBullet"/>
      </w:pPr>
      <w:r>
        <w:t>Acoustic guitar: open fifths and slow picked figures; let strings ring.</w:t>
      </w:r>
    </w:p>
    <w:p>
      <w:pPr>
        <w:pStyle w:val="ListBullet"/>
      </w:pPr>
      <w:r>
        <w:t>Bass: long notes at first, then a walking pulse in the chorus to suggest economic life beginning to move.</w:t>
      </w:r>
    </w:p>
    <w:p>
      <w:pPr>
        <w:pStyle w:val="ListBullet"/>
      </w:pPr>
      <w:r>
        <w:t>Drums: floor tom heartbeat; add snare only when the lyric turns toward community.</w:t>
      </w:r>
    </w:p>
    <w:p>
      <w:pPr>
        <w:pStyle w:val="ListBullet"/>
      </w:pPr>
      <w:r>
        <w:t>Electric guitar: clean swells that become a warm, singing lead after the second chorus.</w:t>
      </w:r>
    </w:p>
    <w:p>
      <w:pPr>
        <w:pStyle w:val="ListBullet"/>
      </w:pPr>
      <w:r>
        <w:t>Low synth/organ: very subtle grounding bed; a 174 Hz reference may be tucked beneath the intro if it remains musical.</w:t>
      </w:r>
    </w:p>
    <w:p>
      <w:pPr>
        <w:pStyle w:val="ListBullet"/>
      </w:pPr>
      <w:r>
        <w:t>Dynamics: do not peak early. Save the broadest sound for the final “leave it alive” refrain.</w:t>
      </w:r>
    </w:p>
    <w:p>
      <w:pPr>
        <w:pStyle w:val="Heading2"/>
      </w:pPr>
      <w:r>
        <w:t>Lyrics</w:t>
      </w:r>
    </w:p>
    <w:p>
      <w:r>
        <w:rPr>
          <w:b/>
        </w:rPr>
        <w:t>VERSE 1</w:t>
      </w:r>
    </w:p>
    <w:p>
      <w:r>
        <w:t>Morning lays silver on cedar and stone,</w:t>
      </w:r>
    </w:p>
    <w:p>
      <w:r>
        <w:t>A river keeps singing where no road has grown.</w:t>
      </w:r>
    </w:p>
    <w:p>
      <w:r>
        <w:t>What we protect is not sleeping or still,</w:t>
      </w:r>
    </w:p>
    <w:p>
      <w:r>
        <w:t>It feeds every valley and carries each hill.</w:t>
      </w:r>
    </w:p>
    <w:p>
      <w:r>
        <w:rPr>
          <w:b/>
        </w:rPr>
        <w:t>PRE-CHORUS</w:t>
      </w:r>
    </w:p>
    <w:p>
      <w:r>
        <w:t>Take what we need, but remember the ground;</w:t>
      </w:r>
    </w:p>
    <w:p>
      <w:r>
        <w:t>A living world is worth more when it stays around.</w:t>
      </w:r>
    </w:p>
    <w:p>
      <w:r>
        <w:rPr>
          <w:b/>
        </w:rPr>
        <w:t>CHORUS</w:t>
      </w:r>
    </w:p>
    <w:p>
      <w:r>
        <w:t>The land gives back when we leave it alive,</w:t>
      </w:r>
    </w:p>
    <w:p>
      <w:r>
        <w:t>Work for the hands and a reason to thrive.</w:t>
      </w:r>
    </w:p>
    <w:p>
      <w:r>
        <w:t>Trail through the forest, clean water below,</w:t>
      </w:r>
    </w:p>
    <w:p>
      <w:r>
        <w:t>Guard what is living, and watch the towns grow.</w:t>
      </w:r>
    </w:p>
    <w:p>
      <w:r>
        <w:rPr>
          <w:b/>
        </w:rPr>
        <w:t>VERSE 2</w:t>
      </w:r>
    </w:p>
    <w:p>
      <w:r>
        <w:t>A guide knows the weather, a farmer knows rain,</w:t>
      </w:r>
    </w:p>
    <w:p>
      <w:r>
        <w:t>A family keeps a small lodge by the lane.</w:t>
      </w:r>
    </w:p>
    <w:p>
      <w:r>
        <w:t>The value is more than a number we name,</w:t>
      </w:r>
    </w:p>
    <w:p>
      <w:r>
        <w:t>It lives in the water, the work, and the flame.</w:t>
      </w:r>
    </w:p>
    <w:p>
      <w:r>
        <w:rPr>
          <w:b/>
        </w:rPr>
        <w:t>BRIDGE</w:t>
      </w:r>
    </w:p>
    <w:p>
      <w:r>
        <w:t>Not every treasure is torn from the earth;</w:t>
      </w:r>
    </w:p>
    <w:p>
      <w:r>
        <w:t>Some of it grows when we honour its worth.</w:t>
      </w:r>
    </w:p>
    <w:p>
      <w:r>
        <w:t>Keep room for tomorrow, keep roots in the ground,</w:t>
      </w:r>
    </w:p>
    <w:p>
      <w:r>
        <w:t>Prosperity breathes where the wild is still found.</w:t>
      </w:r>
    </w:p>
    <w:p>
      <w:r>
        <w:rPr>
          <w:b/>
        </w:rPr>
        <w:t>FINAL CHORUS</w:t>
      </w:r>
    </w:p>
    <w:p>
      <w:r>
        <w:t>The land gives back when we leave it alive,</w:t>
      </w:r>
    </w:p>
    <w:p>
      <w:r>
        <w:t>Home for the wild and a place we can thrive.</w:t>
      </w:r>
    </w:p>
    <w:p>
      <w:r>
        <w:t>Hold to the balance, let stewardship show:</w:t>
      </w:r>
    </w:p>
    <w:p>
      <w:r>
        <w:t>Guard what is living, and let the good grow.</w:t>
      </w:r>
    </w:p>
    <w:p>
      <w:pPr>
        <w:pStyle w:val="Heading1"/>
      </w:pPr>
      <w:r>
        <w:t>14. River, Trail and Sky</w:t>
      </w:r>
    </w:p>
    <w:p>
      <w:r>
        <w:t>G minor • 96 BPM • 6/8 • 285 -&gt; 396 Hz safety / release / courage cue</w:t>
      </w:r>
    </w:p>
    <w:p>
      <w:pPr>
        <w:pStyle w:val="Heading2"/>
      </w:pPr>
      <w:r>
        <w:t>Emotional / Frequency Arc</w:t>
      </w:r>
    </w:p>
    <w:p>
      <w:r>
        <w:t>This is a respectful outdoors song, not a conquest song. It carries the quiet discipline of anglers, hunters, guides, outfitters, and rural families whose work depends on healthy habitat. The 6/8 pulse should feel like walking, paddling, and breathing in rhythm.</w:t>
      </w:r>
    </w:p>
    <w:p>
      <w:pPr>
        <w:pStyle w:val="Heading2"/>
      </w:pPr>
      <w:r>
        <w:t>Vocal Design</w:t>
      </w:r>
    </w:p>
    <w:p>
      <w:r>
        <w:t>Lead vocal: B-flat2-F4 or equivalent transposition. Use a warm chest voice in the verses and a clean mixed voice in the chorus. The melodic high point should land on “sky” or “home,” with enough space to sustain the note without strain.</w:t>
      </w:r>
    </w:p>
    <w:p>
      <w:pPr>
        <w:pStyle w:val="Heading2"/>
      </w:pPr>
      <w:r>
        <w:t>Arrangement</w:t>
      </w:r>
    </w:p>
    <w:p>
      <w:pPr>
        <w:pStyle w:val="ListBullet"/>
      </w:pPr>
      <w:r>
        <w:t>Acoustic guitar or mandolin: rolling 6/8 picking pattern.</w:t>
      </w:r>
    </w:p>
    <w:p>
      <w:pPr>
        <w:pStyle w:val="ListBullet"/>
      </w:pPr>
      <w:r>
        <w:t>Bass: gentle dotted-quarter movement with occasional passing tones.</w:t>
      </w:r>
    </w:p>
    <w:p>
      <w:pPr>
        <w:pStyle w:val="ListBullet"/>
      </w:pPr>
      <w:r>
        <w:t>Drums: brushes or soft sticks at first; stronger kick and snare in final chorus.</w:t>
      </w:r>
    </w:p>
    <w:p>
      <w:pPr>
        <w:pStyle w:val="ListBullet"/>
      </w:pPr>
      <w:r>
        <w:t>Harmonica: short answering phrases after vocal lines, never continuous.</w:t>
      </w:r>
    </w:p>
    <w:p>
      <w:pPr>
        <w:pStyle w:val="ListBullet"/>
      </w:pPr>
      <w:r>
        <w:t>Lead guitar: lyrical bends modeled on natural call-and-response rather than virtuoso display.</w:t>
      </w:r>
    </w:p>
    <w:p>
      <w:pPr>
        <w:pStyle w:val="ListBullet"/>
      </w:pPr>
      <w:r>
        <w:t>Field ambience: optional brief river/wind texture in intro and outro, kept subtle.</w:t>
      </w:r>
    </w:p>
    <w:p>
      <w:pPr>
        <w:pStyle w:val="Heading2"/>
      </w:pPr>
      <w:r>
        <w:t>Lyrics</w:t>
      </w:r>
    </w:p>
    <w:p>
      <w:r>
        <w:rPr>
          <w:b/>
        </w:rPr>
        <w:t>VERSE 1</w:t>
      </w:r>
    </w:p>
    <w:p>
      <w:r>
        <w:t>Before the sun touches the ridge with gold,</w:t>
      </w:r>
    </w:p>
    <w:p>
      <w:r>
        <w:t>A boat leaves the landing, the morning is cold.</w:t>
      </w:r>
    </w:p>
    <w:p>
      <w:r>
        <w:t>A guide reads the current, the tracks, and the rain,</w:t>
      </w:r>
    </w:p>
    <w:p>
      <w:r>
        <w:t>Knowing the country by heartbeat and name.</w:t>
      </w:r>
    </w:p>
    <w:p>
      <w:r>
        <w:rPr>
          <w:b/>
        </w:rPr>
        <w:t>CHORUS</w:t>
      </w:r>
    </w:p>
    <w:p>
      <w:r>
        <w:t>River, trail and sky,</w:t>
      </w:r>
    </w:p>
    <w:p>
      <w:r>
        <w:t>Teach us how to live and why.</w:t>
      </w:r>
    </w:p>
    <w:p>
      <w:r>
        <w:t>Take with care, give something back,</w:t>
      </w:r>
    </w:p>
    <w:p>
      <w:r>
        <w:t>Leave a clean river and an open track.</w:t>
      </w:r>
    </w:p>
    <w:p>
      <w:r>
        <w:rPr>
          <w:b/>
        </w:rPr>
        <w:t>VERSE 2</w:t>
      </w:r>
    </w:p>
    <w:p>
      <w:r>
        <w:t>The lodge light is burning, the groceries arrive,</w:t>
      </w:r>
    </w:p>
    <w:p>
      <w:r>
        <w:t>The small-town main street is keeping alive.</w:t>
      </w:r>
    </w:p>
    <w:p>
      <w:r>
        <w:t>A license, a meal, a room for the night,</w:t>
      </w:r>
    </w:p>
    <w:p>
      <w:r>
        <w:t>A thousand small circles of work done right.</w:t>
      </w:r>
    </w:p>
    <w:p>
      <w:r>
        <w:rPr>
          <w:b/>
        </w:rPr>
        <w:t>BRIDGE</w:t>
      </w:r>
    </w:p>
    <w:p>
      <w:r>
        <w:t>No harvest lasts if the habitat dies,</w:t>
      </w:r>
    </w:p>
    <w:p>
      <w:r>
        <w:t>No story survives without river and skies.</w:t>
      </w:r>
    </w:p>
    <w:p>
      <w:r>
        <w:t>Respect is the measure, restraint is the art,</w:t>
      </w:r>
    </w:p>
    <w:p>
      <w:r>
        <w:t>Steward the country that steadies the heart.</w:t>
      </w:r>
    </w:p>
    <w:p>
      <w:r>
        <w:rPr>
          <w:b/>
        </w:rPr>
        <w:t>FINAL CHORUS</w:t>
      </w:r>
    </w:p>
    <w:p>
      <w:r>
        <w:t>River, trail and sky,</w:t>
      </w:r>
    </w:p>
    <w:p>
      <w:r>
        <w:t>Keep the old knowledge passing by.</w:t>
      </w:r>
    </w:p>
    <w:p>
      <w:r>
        <w:t>Take with care, give something back,</w:t>
      </w:r>
    </w:p>
    <w:p>
      <w:r>
        <w:t>Leave a clean river and an open track.</w:t>
      </w:r>
    </w:p>
    <w:p>
      <w:pPr>
        <w:pStyle w:val="Heading1"/>
      </w:pPr>
      <w:r>
        <w:t>15. White Roads, Open Water</w:t>
      </w:r>
    </w:p>
    <w:p>
      <w:r>
        <w:t>E minor -&gt; G major • 108 BPM • 4/4 • 396 -&gt; 432 Hz release / balance cue</w:t>
      </w:r>
    </w:p>
    <w:p>
      <w:pPr>
        <w:pStyle w:val="Heading2"/>
      </w:pPr>
      <w:r>
        <w:t>Emotional / Frequency Arc</w:t>
      </w:r>
    </w:p>
    <w:p>
      <w:r>
        <w:t>Move from winter tension into exhilaration and balance. Snowmobile trails, ski hills, fishing water, dirt trails, and outdoor movement become images of a country experienced rather than consumed. The chorus should feel wide, bright, and airborne.</w:t>
      </w:r>
    </w:p>
    <w:p>
      <w:pPr>
        <w:pStyle w:val="Heading2"/>
      </w:pPr>
      <w:r>
        <w:t>Vocal Design</w:t>
      </w:r>
    </w:p>
    <w:p>
      <w:r>
        <w:t>Lead vocal: B2-G4 with optional A4 peak. In A=432 tuning, a sustained A4 can literally sit at 432 Hz; reserve it for the final chorus so the frequency cue coincides with the emotional release instead of becoming a gimmick.</w:t>
      </w:r>
    </w:p>
    <w:p>
      <w:pPr>
        <w:pStyle w:val="Heading2"/>
      </w:pPr>
      <w:r>
        <w:t>Arrangement</w:t>
      </w:r>
    </w:p>
    <w:p>
      <w:pPr>
        <w:pStyle w:val="ListBullet"/>
      </w:pPr>
      <w:r>
        <w:t>Rhythm guitar: muted eighths in the verse, open chords in the chorus.</w:t>
      </w:r>
    </w:p>
    <w:p>
      <w:pPr>
        <w:pStyle w:val="ListBullet"/>
      </w:pPr>
      <w:r>
        <w:t>Drums: firm rock backbeat; tom fills imitate climbing and descent.</w:t>
      </w:r>
    </w:p>
    <w:p>
      <w:pPr>
        <w:pStyle w:val="ListBullet"/>
      </w:pPr>
      <w:r>
        <w:t>Bass: driving eighth notes under the chorus, more spacious in verses.</w:t>
      </w:r>
    </w:p>
    <w:p>
      <w:pPr>
        <w:pStyle w:val="ListBullet"/>
      </w:pPr>
      <w:r>
        <w:t>Synth: cool, glassy pad in winter sections; warmer pad once the song turns to summer water.</w:t>
      </w:r>
    </w:p>
    <w:p>
      <w:pPr>
        <w:pStyle w:val="ListBullet"/>
      </w:pPr>
      <w:r>
        <w:t>Lead guitar: ascending melodic hook; final bend resolves into the chorus note.</w:t>
      </w:r>
    </w:p>
    <w:p>
      <w:pPr>
        <w:pStyle w:val="ListBullet"/>
      </w:pPr>
      <w:r>
        <w:t>Dynamics: alternate tight verse spaces with broad, panoramic choruses.</w:t>
      </w:r>
    </w:p>
    <w:p>
      <w:pPr>
        <w:pStyle w:val="Heading2"/>
      </w:pPr>
      <w:r>
        <w:t>Lyrics</w:t>
      </w:r>
    </w:p>
    <w:p>
      <w:r>
        <w:rPr>
          <w:b/>
        </w:rPr>
        <w:t>VERSE 1</w:t>
      </w:r>
    </w:p>
    <w:p>
      <w:r>
        <w:t>White road over the mountain line,</w:t>
      </w:r>
    </w:p>
    <w:p>
      <w:r>
        <w:t>Cold stars burning in a northern sky.</w:t>
      </w:r>
    </w:p>
    <w:p>
      <w:r>
        <w:t>Edges of winter, engines low,</w:t>
      </w:r>
    </w:p>
    <w:p>
      <w:r>
        <w:t>A town wakes up when the travellers show.</w:t>
      </w:r>
    </w:p>
    <w:p>
      <w:r>
        <w:rPr>
          <w:b/>
        </w:rPr>
        <w:t>CHORUS</w:t>
      </w:r>
    </w:p>
    <w:p>
      <w:r>
        <w:t>White roads, open water,</w:t>
      </w:r>
    </w:p>
    <w:p>
      <w:r>
        <w:t>Carry us farther, bring us home softer.</w:t>
      </w:r>
    </w:p>
    <w:p>
      <w:r>
        <w:t>Ski to the valley, cast to the blue,</w:t>
      </w:r>
    </w:p>
    <w:p>
      <w:r>
        <w:t>There is a whole living country to move through.</w:t>
      </w:r>
    </w:p>
    <w:p>
      <w:r>
        <w:rPr>
          <w:b/>
        </w:rPr>
        <w:t>VERSE 2</w:t>
      </w:r>
    </w:p>
    <w:p>
      <w:r>
        <w:t>Summer comes green where the snow used to lie,</w:t>
      </w:r>
    </w:p>
    <w:p>
      <w:r>
        <w:t>Dirt trail curling under a wide-open sky.</w:t>
      </w:r>
    </w:p>
    <w:p>
      <w:r>
        <w:t>Paddle and shoreline, a wave and a wake,</w:t>
      </w:r>
    </w:p>
    <w:p>
      <w:r>
        <w:t>Joy has a footprint we choose how to make.</w:t>
      </w:r>
    </w:p>
    <w:p>
      <w:r>
        <w:rPr>
          <w:b/>
        </w:rPr>
        <w:t>BRIDGE</w:t>
      </w:r>
    </w:p>
    <w:p>
      <w:r>
        <w:t>Keep the wetland working, keep the forest deep,</w:t>
      </w:r>
    </w:p>
    <w:p>
      <w:r>
        <w:t>Some of the wealth is the water we keep.</w:t>
      </w:r>
    </w:p>
    <w:p>
      <w:r>
        <w:t>Floodplain, shade tree, clean-running stream,</w:t>
      </w:r>
    </w:p>
    <w:p>
      <w:r>
        <w:t>Nature is working beneath every dream.</w:t>
      </w:r>
    </w:p>
    <w:p>
      <w:r>
        <w:rPr>
          <w:b/>
        </w:rPr>
        <w:t>FINAL CHORUS</w:t>
      </w:r>
    </w:p>
    <w:p>
      <w:r>
        <w:t>White roads, open water,</w:t>
      </w:r>
    </w:p>
    <w:p>
      <w:r>
        <w:t>Carry us farther, bring us home softer.</w:t>
      </w:r>
    </w:p>
    <w:p>
      <w:r>
        <w:t>Mountain and shoreline, winter and blue,</w:t>
      </w:r>
    </w:p>
    <w:p>
      <w:r>
        <w:t>Keep the land living while we travel through.</w:t>
      </w:r>
    </w:p>
    <w:p>
      <w:pPr>
        <w:pStyle w:val="Heading1"/>
      </w:pPr>
      <w:r>
        <w:t>16. A Place to Breathe</w:t>
      </w:r>
    </w:p>
    <w:p>
      <w:r>
        <w:t>A major • 72 BPM • 6/8 • 432 -&gt; 528 Hz balance / warmth / renewal cue</w:t>
      </w:r>
    </w:p>
    <w:p>
      <w:pPr>
        <w:pStyle w:val="Heading2"/>
      </w:pPr>
      <w:r>
        <w:t>Emotional / Frequency Arc</w:t>
      </w:r>
    </w:p>
    <w:p>
      <w:r>
        <w:t>This is the wellness-hospitality centerpiece. It should feel intimate, clean, and restorative: natural light, stone, quiet rooms, water, nourishing meals, and human care. The arrangement must create relaxation through space and dynamics rather than claims of medical healing.</w:t>
      </w:r>
    </w:p>
    <w:p>
      <w:pPr>
        <w:pStyle w:val="Heading2"/>
      </w:pPr>
      <w:r>
        <w:t>Vocal Design</w:t>
      </w:r>
    </w:p>
    <w:p>
      <w:r>
        <w:t>Lead vocal: C-sharp3-E4, rising to A4 only if comfortable. Use long breath-supported phrases, minimal vibrato at first, then warmer vibrato as the harmony opens. A4=432 may be held in a background harmony or final refrain. The singer should sound welcomed, not clinically “treated.”</w:t>
      </w:r>
    </w:p>
    <w:p>
      <w:pPr>
        <w:pStyle w:val="Heading2"/>
      </w:pPr>
      <w:r>
        <w:t>Arrangement</w:t>
      </w:r>
    </w:p>
    <w:p>
      <w:pPr>
        <w:pStyle w:val="ListBullet"/>
      </w:pPr>
      <w:r>
        <w:t>Piano: simple broken chords with generous sustain.</w:t>
      </w:r>
    </w:p>
    <w:p>
      <w:pPr>
        <w:pStyle w:val="ListBullet"/>
      </w:pPr>
      <w:r>
        <w:t>Flute: soft, breathy counter-melody between lines.</w:t>
      </w:r>
    </w:p>
    <w:p>
      <w:pPr>
        <w:pStyle w:val="ListBullet"/>
      </w:pPr>
      <w:r>
        <w:t>Bass: mostly whole and half notes; no busy fills.</w:t>
      </w:r>
    </w:p>
    <w:p>
      <w:pPr>
        <w:pStyle w:val="ListBullet"/>
      </w:pPr>
      <w:r>
        <w:t>Drums/percussion: brushes, soft mallets, low hand percussion, cymbal swells only at transitions.</w:t>
      </w:r>
    </w:p>
    <w:p>
      <w:pPr>
        <w:pStyle w:val="ListBullet"/>
      </w:pPr>
      <w:r>
        <w:t>Ambient texture: water-like synth shimmer and room tone, very low in the mix.</w:t>
      </w:r>
    </w:p>
    <w:p>
      <w:pPr>
        <w:pStyle w:val="ListBullet"/>
      </w:pPr>
      <w:r>
        <w:t>Optional 528 Hz resonant layer: quiet studio texture only, not foregrounded or described as therapeutic.</w:t>
      </w:r>
    </w:p>
    <w:p>
      <w:pPr>
        <w:pStyle w:val="Heading2"/>
      </w:pPr>
      <w:r>
        <w:t>Lyrics</w:t>
      </w:r>
    </w:p>
    <w:p>
      <w:r>
        <w:rPr>
          <w:b/>
        </w:rPr>
        <w:t>VERSE 1</w:t>
      </w:r>
    </w:p>
    <w:p>
      <w:r>
        <w:t>Give me a window that opens to trees,</w:t>
      </w:r>
    </w:p>
    <w:p>
      <w:r>
        <w:t>Stone underfoot and a room full of ease.</w:t>
      </w:r>
    </w:p>
    <w:p>
      <w:r>
        <w:t>No hurry calling, no screen in my face,</w:t>
      </w:r>
    </w:p>
    <w:p>
      <w:r>
        <w:t>Just morning and water and unborrowed space.</w:t>
      </w:r>
    </w:p>
    <w:p>
      <w:r>
        <w:rPr>
          <w:b/>
        </w:rPr>
        <w:t>CHORUS</w:t>
      </w:r>
    </w:p>
    <w:p>
      <w:r>
        <w:t>Give me a place to breathe,</w:t>
      </w:r>
    </w:p>
    <w:p>
      <w:r>
        <w:t>A little less noise, a little more green.</w:t>
      </w:r>
    </w:p>
    <w:p>
      <w:r>
        <w:t>Food from the soil, light through the leaves,</w:t>
      </w:r>
    </w:p>
    <w:p>
      <w:r>
        <w:t>Care that feels human - a place to breathe.</w:t>
      </w:r>
    </w:p>
    <w:p>
      <w:r>
        <w:rPr>
          <w:b/>
        </w:rPr>
        <w:t>VERSE 2</w:t>
      </w:r>
    </w:p>
    <w:p>
      <w:r>
        <w:t>Tell me the story of what I am served,</w:t>
      </w:r>
    </w:p>
    <w:p>
      <w:r>
        <w:t>Where it was grown and the hands that preserved.</w:t>
      </w:r>
    </w:p>
    <w:p>
      <w:r>
        <w:t>Let every welcome be honest and clear,</w:t>
      </w:r>
    </w:p>
    <w:p>
      <w:r>
        <w:t>Luxury means being fully present here.</w:t>
      </w:r>
    </w:p>
    <w:p>
      <w:r>
        <w:rPr>
          <w:b/>
        </w:rPr>
        <w:t>BRIDGE</w:t>
      </w:r>
    </w:p>
    <w:p>
      <w:r>
        <w:t>No promise of miracles, no borrowed cure,</w:t>
      </w:r>
    </w:p>
    <w:p>
      <w:r>
        <w:t>Just rest made beautiful, thoughtful and pure.</w:t>
      </w:r>
    </w:p>
    <w:p>
      <w:r>
        <w:t>A body can soften, a mind can grow still,</w:t>
      </w:r>
    </w:p>
    <w:p>
      <w:r>
        <w:t>When kindness and nature are part of the skill.</w:t>
      </w:r>
    </w:p>
    <w:p>
      <w:r>
        <w:rPr>
          <w:b/>
        </w:rPr>
        <w:t>FINAL CHORUS</w:t>
      </w:r>
    </w:p>
    <w:p>
      <w:r>
        <w:t>Give me a place to breathe,</w:t>
      </w:r>
    </w:p>
    <w:p>
      <w:r>
        <w:t>A little less noise, a little more green.</w:t>
      </w:r>
    </w:p>
    <w:p>
      <w:r>
        <w:t>Warmth in the welcome, truth in what we receive,</w:t>
      </w:r>
    </w:p>
    <w:p>
      <w:r>
        <w:t>Care that feels human - a place to breathe.</w:t>
      </w:r>
    </w:p>
    <w:p>
      <w:pPr>
        <w:pStyle w:val="Heading1"/>
      </w:pPr>
      <w:r>
        <w:t>17. From Field to Flame</w:t>
      </w:r>
    </w:p>
    <w:p>
      <w:r>
        <w:t>C major • 94 BPM • 4/4 • 528 -&gt; 639 Hz warmth / connection cue</w:t>
      </w:r>
    </w:p>
    <w:p>
      <w:pPr>
        <w:pStyle w:val="Heading2"/>
      </w:pPr>
      <w:r>
        <w:t>Emotional / Frequency Arc</w:t>
      </w:r>
    </w:p>
    <w:p>
      <w:r>
        <w:t>Make this earthy, celebratory, and communal. The food list from the source posts becomes imagery rather than inventory: berries, corn, greens, apples, fish, shellfish, beef, game, and regional harvests appear as a table connecting farms, waters, cooks, travellers, and local culture.</w:t>
      </w:r>
    </w:p>
    <w:p>
      <w:pPr>
        <w:pStyle w:val="Heading2"/>
      </w:pPr>
      <w:r>
        <w:t>Vocal Design</w:t>
      </w:r>
    </w:p>
    <w:p>
      <w:r>
        <w:t>Lead vocal: C3-G4. Use bright diction and rhythmic phrasing in verses; open into broad sustained vowels in the chorus. Add stacked thirds and sixths on the final refrain to create the feeling of a crowded table and shared meal.</w:t>
      </w:r>
    </w:p>
    <w:p>
      <w:pPr>
        <w:pStyle w:val="Heading2"/>
      </w:pPr>
      <w:r>
        <w:t>Arrangement</w:t>
      </w:r>
    </w:p>
    <w:p>
      <w:pPr>
        <w:pStyle w:val="ListBullet"/>
      </w:pPr>
      <w:r>
        <w:t>Acoustic guitar: rhythmic strum with occasional muted accents.</w:t>
      </w:r>
    </w:p>
    <w:p>
      <w:pPr>
        <w:pStyle w:val="ListBullet"/>
      </w:pPr>
      <w:r>
        <w:t>Piano: honky-tonk/roots touches kept tasteful, not comic.</w:t>
      </w:r>
    </w:p>
    <w:p>
      <w:pPr>
        <w:pStyle w:val="ListBullet"/>
      </w:pPr>
      <w:r>
        <w:t>Bass: melodic country-rock movement with strong root-five foundation.</w:t>
      </w:r>
    </w:p>
    <w:p>
      <w:pPr>
        <w:pStyle w:val="ListBullet"/>
      </w:pPr>
      <w:r>
        <w:t>Drums: medium groove with tambourine entering in chorus.</w:t>
      </w:r>
    </w:p>
    <w:p>
      <w:pPr>
        <w:pStyle w:val="ListBullet"/>
      </w:pPr>
      <w:r>
        <w:t>Fiddle/violin: short celebratory hook after each chorus.</w:t>
      </w:r>
    </w:p>
    <w:p>
      <w:pPr>
        <w:pStyle w:val="ListBullet"/>
      </w:pPr>
      <w:r>
        <w:t>Electric guitar: clean or lightly overdriven fills; no heavy wall of distortion until the final chorus, if used.</w:t>
      </w:r>
    </w:p>
    <w:p>
      <w:pPr>
        <w:pStyle w:val="Heading2"/>
      </w:pPr>
      <w:r>
        <w:t>Lyrics</w:t>
      </w:r>
    </w:p>
    <w:p>
      <w:r>
        <w:rPr>
          <w:b/>
        </w:rPr>
        <w:t>VERSE 1</w:t>
      </w:r>
    </w:p>
    <w:p>
      <w:r>
        <w:t>Corn in the summer, berries in blue,</w:t>
      </w:r>
    </w:p>
    <w:p>
      <w:r>
        <w:t>Apples in autumn with morning still new.</w:t>
      </w:r>
    </w:p>
    <w:p>
      <w:r>
        <w:t>Greens from the garden, bread on the board,</w:t>
      </w:r>
    </w:p>
    <w:p>
      <w:r>
        <w:t>A table can tell you what a country has stored.</w:t>
      </w:r>
    </w:p>
    <w:p>
      <w:r>
        <w:rPr>
          <w:b/>
        </w:rPr>
        <w:t>VERSE 2</w:t>
      </w:r>
    </w:p>
    <w:p>
      <w:r>
        <w:t>Salmon and walleye, lobster and crab,</w:t>
      </w:r>
    </w:p>
    <w:p>
      <w:r>
        <w:t>Beef from the pasture, wild country on the map.</w:t>
      </w:r>
    </w:p>
    <w:p>
      <w:r>
        <w:t>A chef takes the season and gives it a name,</w:t>
      </w:r>
    </w:p>
    <w:p>
      <w:r>
        <w:t>Turning field, forest and water to flame.</w:t>
      </w:r>
    </w:p>
    <w:p>
      <w:r>
        <w:rPr>
          <w:b/>
        </w:rPr>
        <w:t>CHORUS</w:t>
      </w:r>
    </w:p>
    <w:p>
      <w:r>
        <w:t>From field to flame, from coast to plate,</w:t>
      </w:r>
    </w:p>
    <w:p>
      <w:r>
        <w:t>Keep it close, keep it fresh, let the whole town take part.</w:t>
      </w:r>
    </w:p>
    <w:p>
      <w:r>
        <w:t>Feed the traveller, honour the place,</w:t>
      </w:r>
    </w:p>
    <w:p>
      <w:r>
        <w:t>Put the land and the people together with grace.</w:t>
      </w:r>
    </w:p>
    <w:p>
      <w:r>
        <w:rPr>
          <w:b/>
        </w:rPr>
        <w:t>BRIDGE</w:t>
      </w:r>
    </w:p>
    <w:p>
      <w:r>
        <w:t>Know who grew it, know where it ran,</w:t>
      </w:r>
    </w:p>
    <w:p>
      <w:r>
        <w:t>Know the cold water, the soil and the hands.</w:t>
      </w:r>
    </w:p>
    <w:p>
      <w:r>
        <w:t>A meal becomes memory when roots remain;</w:t>
      </w:r>
    </w:p>
    <w:p>
      <w:r>
        <w:t>Local is more than a word on a page.</w:t>
      </w:r>
    </w:p>
    <w:p>
      <w:r>
        <w:rPr>
          <w:b/>
        </w:rPr>
        <w:t>FINAL CHORUS</w:t>
      </w:r>
    </w:p>
    <w:p>
      <w:r>
        <w:t>From field to flame, from coast to plate,</w:t>
      </w:r>
    </w:p>
    <w:p>
      <w:r>
        <w:t>Keep it close, keep it fresh, let the whole town take part.</w:t>
      </w:r>
    </w:p>
    <w:p>
      <w:r>
        <w:t>Feed the traveller, honour the place,</w:t>
      </w:r>
    </w:p>
    <w:p>
      <w:r>
        <w:t>Put the land and the people together with grace.</w:t>
      </w:r>
    </w:p>
    <w:p>
      <w:pPr>
        <w:pStyle w:val="Heading1"/>
      </w:pPr>
      <w:r>
        <w:t>18. A Country Worth Keeping</w:t>
      </w:r>
    </w:p>
    <w:p>
      <w:r>
        <w:t>D major • 100 BPM • 4/4 • 639 -&gt; 741 -&gt; 852 Hz connection / clarity / hope cue</w:t>
      </w:r>
    </w:p>
    <w:p>
      <w:pPr>
        <w:pStyle w:val="Heading2"/>
      </w:pPr>
      <w:r>
        <w:t>Emotional / Frequency Arc</w:t>
      </w:r>
    </w:p>
    <w:p>
      <w:r>
        <w:t>The finale gathers the whole suite without repeating economic claims as settled facts. Its stance is aspirational: choose development that lets communities prosper while forests, water, farms, wildlife, and local culture remain alive. Begin as a personal reflection and finish as a broad communal chorus.</w:t>
      </w:r>
    </w:p>
    <w:p>
      <w:pPr>
        <w:pStyle w:val="Heading2"/>
      </w:pPr>
      <w:r>
        <w:t>Vocal Design</w:t>
      </w:r>
    </w:p>
    <w:p>
      <w:r>
        <w:t>Lead vocal: D3-A4, with optional final B4 for a higher singer or transposition downward for comfort. Build from close, almost spoken phrasing to full resonant singing. Use A4=432 as a stable harmonic anchor in the last chorus; place higher frequency-inspired textures above the vocal rather than demanding extreme pitches from the singer.</w:t>
      </w:r>
    </w:p>
    <w:p>
      <w:pPr>
        <w:pStyle w:val="Heading2"/>
      </w:pPr>
      <w:r>
        <w:t>Arrangement</w:t>
      </w:r>
    </w:p>
    <w:p>
      <w:pPr>
        <w:pStyle w:val="ListBullet"/>
      </w:pPr>
      <w:r>
        <w:t>Intro: piano + acoustic guitar, single low vocal.</w:t>
      </w:r>
    </w:p>
    <w:p>
      <w:pPr>
        <w:pStyle w:val="ListBullet"/>
      </w:pPr>
      <w:r>
        <w:t>Verse 2: bass and restrained drums enter.</w:t>
      </w:r>
    </w:p>
    <w:p>
      <w:pPr>
        <w:pStyle w:val="ListBullet"/>
      </w:pPr>
      <w:r>
        <w:t>First chorus: clean electric guitar and two-part harmony.</w:t>
      </w:r>
    </w:p>
    <w:p>
      <w:pPr>
        <w:pStyle w:val="ListBullet"/>
      </w:pPr>
      <w:r>
        <w:t>Bridge: drop to voice, piano, and low tom; then rebuild layer by layer.</w:t>
      </w:r>
    </w:p>
    <w:p>
      <w:pPr>
        <w:pStyle w:val="ListBullet"/>
      </w:pPr>
      <w:r>
        <w:t>Final chorus: full rock band, flute or violin countermelody, stacked backing vocals, wide cymbals, melodic lead guitar.</w:t>
      </w:r>
    </w:p>
    <w:p>
      <w:pPr>
        <w:pStyle w:val="ListBullet"/>
      </w:pPr>
      <w:r>
        <w:t>Outro: remove layers until only acoustic guitar, piano, and a held harmony remain; end peacefully rather than with a hard stop.</w:t>
      </w:r>
    </w:p>
    <w:p>
      <w:pPr>
        <w:pStyle w:val="Heading2"/>
      </w:pPr>
      <w:r>
        <w:t>Lyrics</w:t>
      </w:r>
    </w:p>
    <w:p>
      <w:r>
        <w:rPr>
          <w:b/>
        </w:rPr>
        <w:t>VERSE 1</w:t>
      </w:r>
    </w:p>
    <w:p>
      <w:r>
        <w:t>I have seen a road cut through a silent stand,</w:t>
      </w:r>
    </w:p>
    <w:p>
      <w:r>
        <w:t>And I have seen a town go dark when work has left the land.</w:t>
      </w:r>
    </w:p>
    <w:p>
      <w:r>
        <w:t>There has to be a wiser way to measure what we gain,</w:t>
      </w:r>
    </w:p>
    <w:p>
      <w:r>
        <w:t>More than what we carry out, more than what remains.</w:t>
      </w:r>
    </w:p>
    <w:p>
      <w:r>
        <w:rPr>
          <w:b/>
        </w:rPr>
        <w:t>CHORUS</w:t>
      </w:r>
    </w:p>
    <w:p>
      <w:r>
        <w:t>Build a country worth keeping,</w:t>
      </w:r>
    </w:p>
    <w:p>
      <w:r>
        <w:t>Where the rivers still run and the small towns are breathing.</w:t>
      </w:r>
    </w:p>
    <w:p>
      <w:r>
        <w:t>Let the farms feed the tables, let the wild country stay,</w:t>
      </w:r>
    </w:p>
    <w:p>
      <w:r>
        <w:t>Make a living without giving the living world away.</w:t>
      </w:r>
    </w:p>
    <w:p>
      <w:r>
        <w:rPr>
          <w:b/>
        </w:rPr>
        <w:t>VERSE 2</w:t>
      </w:r>
    </w:p>
    <w:p>
      <w:r>
        <w:t>Bring the traveller northward for the snow and summer rain,</w:t>
      </w:r>
    </w:p>
    <w:p>
      <w:r>
        <w:t>For the trail, the lake, the harvest, and the mountain train.</w:t>
      </w:r>
    </w:p>
    <w:p>
      <w:r>
        <w:t>Let the welcome have a local face, the meal a local name,</w:t>
      </w:r>
    </w:p>
    <w:p>
      <w:r>
        <w:t>Let the money turn in circles through the community again.</w:t>
      </w:r>
    </w:p>
    <w:p>
      <w:r>
        <w:rPr>
          <w:b/>
        </w:rPr>
        <w:t>BRIDGE</w:t>
      </w:r>
    </w:p>
    <w:p>
      <w:r>
        <w:t>Not every future has to choose between the bread and trees,</w:t>
      </w:r>
    </w:p>
    <w:p>
      <w:r>
        <w:t>Between a job tomorrow and the health of land and seas.</w:t>
      </w:r>
    </w:p>
    <w:p>
      <w:r>
        <w:t>Wisdom is the balance, stewardship the key,</w:t>
      </w:r>
    </w:p>
    <w:p>
      <w:r>
        <w:t>Prosperity has roots when we protect what makes us free.</w:t>
      </w:r>
    </w:p>
    <w:p>
      <w:r>
        <w:rPr>
          <w:b/>
        </w:rPr>
        <w:t>FINAL CHORUS</w:t>
      </w:r>
    </w:p>
    <w:p>
      <w:r>
        <w:t>Build a country worth keeping,</w:t>
      </w:r>
    </w:p>
    <w:p>
      <w:r>
        <w:t>Where the rivers still run and the small towns are breathing.</w:t>
      </w:r>
    </w:p>
    <w:p>
      <w:r>
        <w:t>Let the farms feed the tables, let the wild country stay,</w:t>
      </w:r>
    </w:p>
    <w:p>
      <w:r>
        <w:t>Make a living without giving the living world away.</w:t>
      </w:r>
    </w:p>
    <w:p>
      <w:r>
        <w:rPr>
          <w:b/>
        </w:rPr>
        <w:t>OUTRO</w:t>
      </w:r>
    </w:p>
    <w:p>
      <w:r>
        <w:t>Leave clean water for the morning,</w:t>
      </w:r>
    </w:p>
    <w:p>
      <w:r>
        <w:t>Leave green hills against the sky,</w:t>
      </w:r>
    </w:p>
    <w:p>
      <w:r>
        <w:t>Leave a place where work and wonder</w:t>
      </w:r>
    </w:p>
    <w:p>
      <w:r>
        <w:t>Can stand together side by side.</w:t>
      </w:r>
    </w:p>
    <w:p>
      <w:pPr>
        <w:pStyle w:val="Heading1"/>
      </w:pPr>
      <w:r>
        <w:t>PRODUCTION INTEGRATION NOTES FOR SONGS 13-18</w:t>
      </w:r>
    </w:p>
    <w:p>
      <w:pPr>
        <w:pStyle w:val="ListBullet"/>
      </w:pPr>
      <w:r>
        <w:t>Treat these six songs as a coherent supplemental suite. They may become a bonus disc, companion EP, or selected additions to a later expanded album sequence after demo testing.</w:t>
      </w:r>
    </w:p>
    <w:p>
      <w:pPr>
        <w:pStyle w:val="ListBullet"/>
      </w:pPr>
      <w:r>
        <w:t>Do not market the frequency labels as healing claims. Their function is compositional: tonal center, resonance, emotional pacing, and studio texture.</w:t>
      </w:r>
    </w:p>
    <w:p>
      <w:pPr>
        <w:pStyle w:val="ListBullet"/>
      </w:pPr>
      <w:r>
        <w:t>For vocal health and musicality, transpose any song to fit the actual singer. Preserve the emotional contour - low intimate verse, rising pre-chorus, open chorus, controlled peak, calm release - rather than forcing a fixed note.</w:t>
      </w:r>
    </w:p>
    <w:p>
      <w:pPr>
        <w:pStyle w:val="ListBullet"/>
      </w:pPr>
      <w:r>
        <w:t>Where exact 432 Hz is desired vocally, use A4 in the project tuning. Other listed frequencies can be carried by auxiliary resonant layers while the singer stays on musically consonant pitches.</w:t>
      </w:r>
    </w:p>
    <w:p>
      <w:pPr>
        <w:pStyle w:val="ListBullet"/>
      </w:pPr>
      <w:r>
        <w:t>Keep the source-post statistics and economic superlatives out of lyrics unless independently verified for a later factual edition. These songs express the source posts as values, images, aspirations, and community themes.</w:t>
      </w:r>
    </w:p>
    <w:p>
      <w:pPr>
        <w:pStyle w:val="ListBullet"/>
      </w:pPr>
      <w:r>
        <w:t>Original screenshots remain provenance sources in the project folders. The songs above are new lyrical works derived from themes, not transcriptions of the Facebook wording.</w:t>
      </w:r>
    </w:p>
    <w:p>
      <w:pPr>
        <w:pStyle w:val="Heading1"/>
      </w:pPr>
      <w:r>
        <w:t>STATUS OF CORE 12-SONG LYRIC LOCK</w:t>
      </w:r>
    </w:p>
    <w:p>
      <w:r>
        <w:t>The existing 12-song lyric lock remains unchanged. Songs 13-18 are an added thematic suite and must pass the same demo, vocal-range, arrangement, originality, rights, mix, master, metadata, and final-QC gates before any release status changes.</w:t>
      </w:r>
    </w:p>
    <w:p>
      <w:r>
        <w:rPr>
          <w:b/>
          <w:sz w:val="32"/>
        </w:rPr>
        <w:t>GENRE EXPANSION — LAND, WATER, COMMUNITY &amp; WELL-BEING</w:t>
      </w:r>
    </w:p>
    <w:p>
      <w:r>
        <w:t>Eight original songs built from the same conservation, recreation, tourism, hospitality, agriculture and local-cuisine source themes, but written as distinct genre pieces rather than remixes of one lyric. The frequency values below are production and emotional-design cues only; they are not presented as medical treatments or proven healing frequencies. A=432 Hz may be used as the project-wide tuning reference where practical.</w:t>
      </w:r>
    </w:p>
    <w:p>
      <w:r>
        <w:rPr>
          <w:b/>
        </w:rPr>
        <w:t xml:space="preserve">Creative frequency palette: </w:t>
      </w:r>
      <w:r>
        <w:t>174 Hz grounding/weight • 285 Hz renewal • 396 Hz release • 432 Hz calm/balance • 528 Hz warmth/love • 639 Hz connection/community • 741 Hz clarity • 852 Hz reflection • 963 Hz stillness/transcendence.</w:t>
      </w:r>
    </w:p>
    <w:p>
      <w:r>
        <w:rPr>
          <w:b/>
        </w:rPr>
        <w:t>19. Keep the Country Living</w:t>
      </w:r>
    </w:p>
    <w:p>
      <w:r>
        <w:rPr>
          <w:b/>
        </w:rPr>
        <w:t>Rock / Progressive Blues-Rock</w:t>
      </w:r>
    </w:p>
    <w:p>
      <w:r>
        <w:t>E minor • 104 BPM • 4/4 • 174 -&gt; 396 -&gt; 528 -&gt; 741 Hz arc</w:t>
      </w:r>
    </w:p>
    <w:p>
      <w:r>
        <w:rPr>
          <w:b/>
        </w:rPr>
        <w:t xml:space="preserve">Vocal Design: </w:t>
      </w:r>
      <w:r>
        <w:t>Lead E3-G4, optional B4 peak. Verses chest-led and grounded; chorus opens into a sustained higher register. Save the highest note for “keep the country living.”</w:t>
      </w:r>
    </w:p>
    <w:p>
      <w:r>
        <w:rPr>
          <w:b/>
        </w:rPr>
        <w:t xml:space="preserve">Arrangement: </w:t>
      </w:r>
      <w:r>
        <w:t>Low E guitar pulse, tom-heavy drums, melodic bass, Hammond/piano, flute counterline, wide guitar solo. Start dark and spacious, grow into a broad major-leaning final chorus.</w:t>
      </w:r>
    </w:p>
    <w:p>
      <w:r>
        <w:rPr>
          <w:b/>
        </w:rPr>
        <w:t>Lyrics</w:t>
      </w:r>
    </w:p>
    <w:p>
      <w:r>
        <w:t>VERSE 1</w:t>
      </w:r>
    </w:p>
    <w:p>
      <w:r>
        <w:t>There is money in the mountain, but a mountain is not gold,</w:t>
      </w:r>
    </w:p>
    <w:p>
      <w:r>
        <w:t>There is value in a river no balance sheet can hold.</w:t>
      </w:r>
    </w:p>
    <w:p>
      <w:r>
        <w:t>Trail dust on the tires, morning on the lake,</w:t>
      </w:r>
    </w:p>
    <w:p>
      <w:r>
        <w:t>Every choice we leave behind is another world we make.</w:t>
      </w:r>
    </w:p>
    <w:p/>
    <w:p>
      <w:r>
        <w:t>PRE-CHORUS</w:t>
      </w:r>
    </w:p>
    <w:p>
      <w:r>
        <w:t>Keep the forest breathing, keep the shoreline clear,</w:t>
      </w:r>
    </w:p>
    <w:p>
      <w:r>
        <w:t>Build a road to wonder, not a road to disappear.</w:t>
      </w:r>
    </w:p>
    <w:p/>
    <w:p>
      <w:r>
        <w:t>CHORUS</w:t>
      </w:r>
    </w:p>
    <w:p>
      <w:r>
        <w:t>Keep the country living, keep the water blue,</w:t>
      </w:r>
    </w:p>
    <w:p>
      <w:r>
        <w:t>Let the work of human hands give something back there too.</w:t>
      </w:r>
    </w:p>
    <w:p>
      <w:r>
        <w:t>From the lodge light in the valley to the fire on the hill,</w:t>
      </w:r>
    </w:p>
    <w:p>
      <w:r>
        <w:t>Make a living with the land and let the land be living still.</w:t>
      </w:r>
    </w:p>
    <w:p/>
    <w:p>
      <w:r>
        <w:t>VERSE 2</w:t>
      </w:r>
    </w:p>
    <w:p>
      <w:r>
        <w:t>Hunters in the timber, anglers in the rain,</w:t>
      </w:r>
    </w:p>
    <w:p>
      <w:r>
        <w:t>Skiers on the high ridge riding winter like a train.</w:t>
      </w:r>
    </w:p>
    <w:p>
      <w:r>
        <w:t>Local food and local hands, a table set with pride,</w:t>
      </w:r>
    </w:p>
    <w:p>
      <w:r>
        <w:t>A stronger town is growing where the wild and work abide.</w:t>
      </w:r>
    </w:p>
    <w:p/>
    <w:p>
      <w:r>
        <w:t>BRIDGE</w:t>
      </w:r>
    </w:p>
    <w:p>
      <w:r>
        <w:t>Not every treasure leaves the earth in trucks and trains,</w:t>
      </w:r>
    </w:p>
    <w:p>
      <w:r>
        <w:t>Some of it is clean air, some of it is summer rain.</w:t>
      </w:r>
    </w:p>
    <w:p>
      <w:r>
        <w:t>Some of it is children learning names of every tree—</w:t>
      </w:r>
    </w:p>
    <w:p>
      <w:r>
        <w:t>A future worth protecting is the richest thing to see.</w:t>
      </w:r>
    </w:p>
    <w:p/>
    <w:p>
      <w:r>
        <w:t>FINAL CHORUS</w:t>
      </w:r>
    </w:p>
    <w:p>
      <w:r>
        <w:t>Keep the country living, let the high notes rise,</w:t>
      </w:r>
    </w:p>
    <w:p>
      <w:r>
        <w:t>From the cedar-darkened valley to the clear northern skies.</w:t>
      </w:r>
    </w:p>
    <w:p>
      <w:r>
        <w:t>Build the dream with open hands, with wisdom, love and will—</w:t>
      </w:r>
    </w:p>
    <w:p>
      <w:r>
        <w:t>Make a living with the land and let the land be living still.</w:t>
      </w:r>
    </w:p>
    <w:p>
      <w:r>
        <w:rPr>
          <w:b/>
        </w:rPr>
        <w:t>20. Where the Backroad Meets the Lake</w:t>
      </w:r>
    </w:p>
    <w:p>
      <w:r>
        <w:rPr>
          <w:b/>
        </w:rPr>
        <w:t>Country / Americana</w:t>
      </w:r>
    </w:p>
    <w:p>
      <w:r>
        <w:t>G major • 86 BPM • 4/4 • 285 -&gt; 432 -&gt; 639 Hz arc</w:t>
      </w:r>
    </w:p>
    <w:p>
      <w:r>
        <w:rPr>
          <w:b/>
        </w:rPr>
        <w:t xml:space="preserve">Vocal Design: </w:t>
      </w:r>
      <w:r>
        <w:t>B2-D4, optional G4. Conversational storytelling in the verses; warm two-part harmony in the chorus. Keep vowels open on “lake,” “home,” and “grow.”</w:t>
      </w:r>
    </w:p>
    <w:p>
      <w:r>
        <w:rPr>
          <w:b/>
        </w:rPr>
        <w:t xml:space="preserve">Arrangement: </w:t>
      </w:r>
      <w:r>
        <w:t>Acoustic guitar, pedal steel, fiddle, upright/electric bass, brushed kit, light piano. Add mandolin only in the final chorus.</w:t>
      </w:r>
    </w:p>
    <w:p>
      <w:r>
        <w:rPr>
          <w:b/>
        </w:rPr>
        <w:t>Lyrics</w:t>
      </w:r>
    </w:p>
    <w:p>
      <w:r>
        <w:t>VERSE 1</w:t>
      </w:r>
    </w:p>
    <w:p>
      <w:r>
        <w:t>There is a diner by the highway where the berries come in June,</w:t>
      </w:r>
    </w:p>
    <w:p>
      <w:r>
        <w:t>And a farmer brings the sweet corn underneath the afternoon.</w:t>
      </w:r>
    </w:p>
    <w:p>
      <w:r>
        <w:t>Down the road the guide is waiting with a boat tied to the rail,</w:t>
      </w:r>
    </w:p>
    <w:p>
      <w:r>
        <w:t>And the morning smells like cedar where the backroad meets the trail.</w:t>
      </w:r>
    </w:p>
    <w:p/>
    <w:p>
      <w:r>
        <w:t>CHORUS</w:t>
      </w:r>
    </w:p>
    <w:p>
      <w:r>
        <w:t>Where the backroad meets the lake,</w:t>
      </w:r>
    </w:p>
    <w:p>
      <w:r>
        <w:t>Where the small towns stay awake,</w:t>
      </w:r>
    </w:p>
    <w:p>
      <w:r>
        <w:t>There is work in every welcome, there is pride in what we make.</w:t>
      </w:r>
    </w:p>
    <w:p>
      <w:r>
        <w:t>Keep the fields and rivers strong,</w:t>
      </w:r>
    </w:p>
    <w:p>
      <w:r>
        <w:t>Let the local table grow—</w:t>
      </w:r>
    </w:p>
    <w:p>
      <w:r>
        <w:t>If we take care of the country, the country takes us home.</w:t>
      </w:r>
    </w:p>
    <w:p/>
    <w:p>
      <w:r>
        <w:t>VERSE 2</w:t>
      </w:r>
    </w:p>
    <w:p>
      <w:r>
        <w:t>There are snow tracks through the pines and there are skis against the wall,</w:t>
      </w:r>
    </w:p>
    <w:p>
      <w:r>
        <w:t>There is laughter in the lodge when the first December falls.</w:t>
      </w:r>
    </w:p>
    <w:p>
      <w:r>
        <w:t>There is venison and salmon, apples, peaches, bread and flame,</w:t>
      </w:r>
    </w:p>
    <w:p>
      <w:r>
        <w:t>And the people feeding travelers get remembered by their name.</w:t>
      </w:r>
    </w:p>
    <w:p/>
    <w:p>
      <w:r>
        <w:t>BRIDGE</w:t>
      </w:r>
    </w:p>
    <w:p>
      <w:r>
        <w:t>A good life is not measured only by the deepest mine,</w:t>
      </w:r>
    </w:p>
    <w:p>
      <w:r>
        <w:t>Sometimes wealth is clean water and a little extra time.</w:t>
      </w:r>
    </w:p>
    <w:p>
      <w:r>
        <w:t>Sometimes it is a family with a reason not to go,</w:t>
      </w:r>
    </w:p>
    <w:p>
      <w:r>
        <w:t>Because the work stayed close to home and the local table grew.</w:t>
      </w:r>
    </w:p>
    <w:p/>
    <w:p>
      <w:r>
        <w:t>FINAL CHORUS</w:t>
      </w:r>
    </w:p>
    <w:p>
      <w:r>
        <w:t>Where the backroad meets the lake,</w:t>
      </w:r>
    </w:p>
    <w:p>
      <w:r>
        <w:t>Let the old and new awake.</w:t>
      </w:r>
    </w:p>
    <w:p>
      <w:r>
        <w:t>Build it honest, build it kindly, give more back than what we take.</w:t>
      </w:r>
    </w:p>
    <w:p>
      <w:r>
        <w:t>Keep the fields and rivers strong,</w:t>
      </w:r>
    </w:p>
    <w:p>
      <w:r>
        <w:t>Let the local table grow—</w:t>
      </w:r>
    </w:p>
    <w:p>
      <w:r>
        <w:t>If we take care of the country, the country takes us home.</w:t>
      </w:r>
    </w:p>
    <w:p>
      <w:r>
        <w:rPr>
          <w:b/>
        </w:rPr>
        <w:t>21. Blue Water After Midnight</w:t>
      </w:r>
    </w:p>
    <w:p>
      <w:r>
        <w:rPr>
          <w:b/>
        </w:rPr>
        <w:t>Jazz / Soul</w:t>
      </w:r>
    </w:p>
    <w:p>
      <w:r>
        <w:t>D minor -&gt; F major • 78 BPM • 6/8 • 432 -&gt; 528 -&gt; 639 -&gt; 852 Hz arc</w:t>
      </w:r>
    </w:p>
    <w:p>
      <w:r>
        <w:rPr>
          <w:b/>
        </w:rPr>
        <w:t xml:space="preserve">Vocal Design: </w:t>
      </w:r>
      <w:r>
        <w:t>A2-F4 with optional A4 ad-libs. Start intimate and breath-rich; broaden into soulful sustained notes over the final tonic. No strain—transpose to suit the singer.</w:t>
      </w:r>
    </w:p>
    <w:p>
      <w:r>
        <w:rPr>
          <w:b/>
        </w:rPr>
        <w:t xml:space="preserve">Arrangement: </w:t>
      </w:r>
      <w:r>
        <w:t>Rhodes, upright bass, brushed drums, tenor sax, muted guitar, soft strings/pad. Let sax and voice trade phrases; final section resolves from minor color into warm major harmony.</w:t>
      </w:r>
    </w:p>
    <w:p>
      <w:r>
        <w:rPr>
          <w:b/>
        </w:rPr>
        <w:t>Lyrics</w:t>
      </w:r>
    </w:p>
    <w:p>
      <w:r>
        <w:t>VERSE 1</w:t>
      </w:r>
    </w:p>
    <w:p>
      <w:r>
        <w:t>Blue water after midnight, city noise is miles away,</w:t>
      </w:r>
    </w:p>
    <w:p>
      <w:r>
        <w:t>Stone and cedar hold the silence till the light becomes the day.</w:t>
      </w:r>
    </w:p>
    <w:p>
      <w:r>
        <w:t>There is rosemary in the kitchen, there is fruit beside the wine,</w:t>
      </w:r>
    </w:p>
    <w:p>
      <w:r>
        <w:t>There is time enough to taste it, there is room enough to find.</w:t>
      </w:r>
    </w:p>
    <w:p/>
    <w:p>
      <w:r>
        <w:t>CHORUS</w:t>
      </w:r>
    </w:p>
    <w:p>
      <w:r>
        <w:t>Slow down, let the whole world breathe,</w:t>
      </w:r>
    </w:p>
    <w:p>
      <w:r>
        <w:t>Open up the window, let the tall trees speak.</w:t>
      </w:r>
    </w:p>
    <w:p>
      <w:r>
        <w:t>Good food, clear water, a hand that welcomes you—</w:t>
      </w:r>
    </w:p>
    <w:p>
      <w:r>
        <w:t>Luxury is simple when the simple thing is true.</w:t>
      </w:r>
    </w:p>
    <w:p/>
    <w:p>
      <w:r>
        <w:t>VERSE 2</w:t>
      </w:r>
    </w:p>
    <w:p>
      <w:r>
        <w:t>No hard sell in the lobby, no miracle in the room,</w:t>
      </w:r>
    </w:p>
    <w:p>
      <w:r>
        <w:t>Just a softer kind of morning and a little less perfume.</w:t>
      </w:r>
    </w:p>
    <w:p>
      <w:r>
        <w:t>Tell me where the greens were planted, tell me who prepared the plate,</w:t>
      </w:r>
    </w:p>
    <w:p>
      <w:r>
        <w:t>Let the care be real and human, let the welcome carry weight.</w:t>
      </w:r>
    </w:p>
    <w:p/>
    <w:p>
      <w:r>
        <w:t>BRIDGE</w:t>
      </w:r>
    </w:p>
    <w:p>
      <w:r>
        <w:t>Love can live in service,</w:t>
      </w:r>
    </w:p>
    <w:p>
      <w:r>
        <w:t>Peace can live in space,</w:t>
      </w:r>
    </w:p>
    <w:p>
      <w:r>
        <w:t>Trust can live in knowing</w:t>
      </w:r>
    </w:p>
    <w:p>
      <w:r>
        <w:t>What is growing on the plate.</w:t>
      </w:r>
    </w:p>
    <w:p/>
    <w:p>
      <w:r>
        <w:t>FINAL CHORUS</w:t>
      </w:r>
    </w:p>
    <w:p>
      <w:r>
        <w:t>Slow down, let the whole world breathe,</w:t>
      </w:r>
    </w:p>
    <w:p>
      <w:r>
        <w:t>Open up the window, let the tall trees speak.</w:t>
      </w:r>
    </w:p>
    <w:p>
      <w:r>
        <w:t>Good food, clear water, a hand that welcomes you—</w:t>
      </w:r>
    </w:p>
    <w:p>
      <w:r>
        <w:t>Luxury is simple when the simple thing is true.</w:t>
      </w:r>
    </w:p>
    <w:p>
      <w:r>
        <w:rPr>
          <w:b/>
        </w:rPr>
        <w:t>22. River Give Thanks</w:t>
      </w:r>
    </w:p>
    <w:p>
      <w:r>
        <w:rPr>
          <w:b/>
        </w:rPr>
        <w:t>Reggae / Roots</w:t>
      </w:r>
    </w:p>
    <w:p>
      <w:r>
        <w:t>A major • 82 BPM • 4/4 • 174 -&gt; 396 -&gt; 432 -&gt; 639 Hz arc</w:t>
      </w:r>
    </w:p>
    <w:p>
      <w:r>
        <w:rPr>
          <w:b/>
        </w:rPr>
        <w:t xml:space="preserve">Vocal Design: </w:t>
      </w:r>
      <w:r>
        <w:t>A2-E4, optional A4 harmony. Relaxed pocket, behind the beat. Chorus should be easy for a crowd to sing in unison.</w:t>
      </w:r>
    </w:p>
    <w:p>
      <w:r>
        <w:rPr>
          <w:b/>
        </w:rPr>
        <w:t xml:space="preserve">Arrangement: </w:t>
      </w:r>
      <w:r>
        <w:t>One-drop drums, round bass, offbeat guitar/keys, hand percussion, melodica, horn answers. Keep the low end grounded and the chorus bright without excessive loudness.</w:t>
      </w:r>
    </w:p>
    <w:p>
      <w:r>
        <w:rPr>
          <w:b/>
        </w:rPr>
        <w:t>Lyrics</w:t>
      </w:r>
    </w:p>
    <w:p>
      <w:r>
        <w:t>VERSE 1</w:t>
      </w:r>
    </w:p>
    <w:p>
      <w:r>
        <w:t>River give thanks when the bank stay green,</w:t>
      </w:r>
    </w:p>
    <w:p>
      <w:r>
        <w:t>Forest give shade where the water run clean.</w:t>
      </w:r>
    </w:p>
    <w:p>
      <w:r>
        <w:t>People come walking, people come ride,</w:t>
      </w:r>
    </w:p>
    <w:p>
      <w:r>
        <w:t>Leave with a story and respect for the side.</w:t>
      </w:r>
    </w:p>
    <w:p/>
    <w:p>
      <w:r>
        <w:t>CHORUS</w:t>
      </w:r>
    </w:p>
    <w:p>
      <w:r>
        <w:t>Give a little back, give a little back,</w:t>
      </w:r>
    </w:p>
    <w:p>
      <w:r>
        <w:t>Every trail and every town can stay on track.</w:t>
      </w:r>
    </w:p>
    <w:p>
      <w:r>
        <w:t>Love the land, love the people, let the good work grow,</w:t>
      </w:r>
    </w:p>
    <w:p>
      <w:r>
        <w:t>Take only memories and let the clear water flow.</w:t>
      </w:r>
    </w:p>
    <w:p/>
    <w:p>
      <w:r>
        <w:t>VERSE 2</w:t>
      </w:r>
    </w:p>
    <w:p>
      <w:r>
        <w:t>Farmer bring the harvest, fisher bring the catch,</w:t>
      </w:r>
    </w:p>
    <w:p>
      <w:r>
        <w:t>Kitchen bring the flavour, local hands make the match.</w:t>
      </w:r>
    </w:p>
    <w:p>
      <w:r>
        <w:t>Mountain in the winter, lake in summer light,</w:t>
      </w:r>
    </w:p>
    <w:p>
      <w:r>
        <w:t>Tourism can prosper when the balance is right.</w:t>
      </w:r>
    </w:p>
    <w:p/>
    <w:p>
      <w:r>
        <w:t>BRIDGE</w:t>
      </w:r>
    </w:p>
    <w:p>
      <w:r>
        <w:t>No need to empty every treasure from the ground,</w:t>
      </w:r>
    </w:p>
    <w:p>
      <w:r>
        <w:t>There is wealth in a forest when the forest stays around.</w:t>
      </w:r>
    </w:p>
    <w:p>
      <w:r>
        <w:t>There is wealth in a welcome, in a meal, in a guide,</w:t>
      </w:r>
    </w:p>
    <w:p>
      <w:r>
        <w:t>In a child who sees the future and is proud of where they reside.</w:t>
      </w:r>
    </w:p>
    <w:p/>
    <w:p>
      <w:r>
        <w:t>FINAL CHORUS</w:t>
      </w:r>
    </w:p>
    <w:p>
      <w:r>
        <w:t>Give a little back, give a little back,</w:t>
      </w:r>
    </w:p>
    <w:p>
      <w:r>
        <w:t>Every trail and every town can stay on track.</w:t>
      </w:r>
    </w:p>
    <w:p>
      <w:r>
        <w:t>Love the land, love the people, let the good work grow,</w:t>
      </w:r>
    </w:p>
    <w:p>
      <w:r>
        <w:t>Take only memories and let the clear water flow.</w:t>
      </w:r>
    </w:p>
    <w:p>
      <w:r>
        <w:rPr>
          <w:b/>
        </w:rPr>
        <w:t>23. Let the Land Rejoice</w:t>
      </w:r>
    </w:p>
    <w:p>
      <w:r>
        <w:rPr>
          <w:b/>
        </w:rPr>
        <w:t>Contemporary Gospel / Worship-Soul</w:t>
      </w:r>
    </w:p>
    <w:p>
      <w:r>
        <w:t>C major • 74 BPM • 6/8 • 432 -&gt; 528 -&gt; 639 -&gt; 963 Hz arc</w:t>
      </w:r>
    </w:p>
    <w:p>
      <w:r>
        <w:rPr>
          <w:b/>
        </w:rPr>
        <w:t xml:space="preserve">Vocal Design: </w:t>
      </w:r>
      <w:r>
        <w:t>G2-E4 lead, choir to G4/A4. Begin prayerfully; build by harmony layers rather than volume alone. Final chorus can modulate up a whole step if the choir is comfortable.</w:t>
      </w:r>
    </w:p>
    <w:p>
      <w:r>
        <w:rPr>
          <w:b/>
        </w:rPr>
        <w:t xml:space="preserve">Arrangement: </w:t>
      </w:r>
      <w:r>
        <w:t>Piano, organ, bass, restrained drums, acoustic guitar, strings, choir. Build from solo voice to full community response.</w:t>
      </w:r>
    </w:p>
    <w:p>
      <w:r>
        <w:rPr>
          <w:b/>
        </w:rPr>
        <w:t>Lyrics</w:t>
      </w:r>
    </w:p>
    <w:p>
      <w:r>
        <w:t>VERSE 1</w:t>
      </w:r>
    </w:p>
    <w:p>
      <w:r>
        <w:t>Yahweh, teach our hands to tend what we have been given,</w:t>
      </w:r>
    </w:p>
    <w:p>
      <w:r>
        <w:t>Teach us how to work the earth and still protect the living.</w:t>
      </w:r>
    </w:p>
    <w:p>
      <w:r>
        <w:t>Let the rivers carry life, let the fields bring forth their good,</w:t>
      </w:r>
    </w:p>
    <w:p>
      <w:r>
        <w:t>Let the stranger find a welcome and the hungry find their food.</w:t>
      </w:r>
    </w:p>
    <w:p/>
    <w:p>
      <w:r>
        <w:t>CHORUS</w:t>
      </w:r>
    </w:p>
    <w:p>
      <w:r>
        <w:t>Let the land rejoice, let the people sing,</w:t>
      </w:r>
    </w:p>
    <w:p>
      <w:r>
        <w:t>Let the work of love become a holy offering.</w:t>
      </w:r>
    </w:p>
    <w:p>
      <w:r>
        <w:t>From the mountain to the shoreline, from the harvest to the home,</w:t>
      </w:r>
    </w:p>
    <w:p>
      <w:r>
        <w:t>May we prosper without leaving what You made to stand alone.</w:t>
      </w:r>
    </w:p>
    <w:p/>
    <w:p>
      <w:r>
        <w:t>VERSE 2</w:t>
      </w:r>
    </w:p>
    <w:p>
      <w:r>
        <w:t>Bless the hands that plant the seed, bless the guides who know the trail,</w:t>
      </w:r>
    </w:p>
    <w:p>
      <w:r>
        <w:t>Bless the kitchens, farms and waters, every honest work that sails.</w:t>
      </w:r>
    </w:p>
    <w:p>
      <w:r>
        <w:t>Give us wisdom in our building, give us mercy in our plan,</w:t>
      </w:r>
    </w:p>
    <w:p>
      <w:r>
        <w:t>Teach us not to own creation like creation owes to man.</w:t>
      </w:r>
    </w:p>
    <w:p/>
    <w:p>
      <w:r>
        <w:t>BRIDGE</w:t>
      </w:r>
    </w:p>
    <w:p>
      <w:r>
        <w:t>Give us clean hearts, clear eyes,</w:t>
      </w:r>
    </w:p>
    <w:p>
      <w:r>
        <w:t>Hands that serve and voices rise.</w:t>
      </w:r>
    </w:p>
    <w:p>
      <w:r>
        <w:t>Give us love that learns to share,</w:t>
      </w:r>
    </w:p>
    <w:p>
      <w:r>
        <w:t>Truth in business, truth in care.</w:t>
      </w:r>
    </w:p>
    <w:p/>
    <w:p>
      <w:r>
        <w:t>FINAL CHORUS</w:t>
      </w:r>
    </w:p>
    <w:p>
      <w:r>
        <w:t>Let the land rejoice, let the people sing,</w:t>
      </w:r>
    </w:p>
    <w:p>
      <w:r>
        <w:t>Let the work of love become a holy offering.</w:t>
      </w:r>
    </w:p>
    <w:p>
      <w:r>
        <w:t>From the mountain to the shoreline, from the harvest to the home,</w:t>
      </w:r>
    </w:p>
    <w:p>
      <w:r>
        <w:t>May we prosper with thanksgiving and remember Whom we owe.</w:t>
      </w:r>
    </w:p>
    <w:p>
      <w:r>
        <w:rPr>
          <w:b/>
        </w:rPr>
        <w:t>24. Cedar, Corn and Snow</w:t>
      </w:r>
    </w:p>
    <w:p>
      <w:r>
        <w:rPr>
          <w:b/>
        </w:rPr>
        <w:t>Folk / Bluegrass</w:t>
      </w:r>
    </w:p>
    <w:p>
      <w:r>
        <w:t>D major • 118 BPM • 2/4 • 285 -&gt; 396 -&gt; 639 Hz arc</w:t>
      </w:r>
    </w:p>
    <w:p>
      <w:r>
        <w:rPr>
          <w:b/>
        </w:rPr>
        <w:t xml:space="preserve">Vocal Design: </w:t>
      </w:r>
      <w:r>
        <w:t>D3-F#4. Bright, natural tone with close three-part harmony. Fast diction must remain intelligible; drop tempo if lyrics blur.</w:t>
      </w:r>
    </w:p>
    <w:p>
      <w:r>
        <w:rPr>
          <w:b/>
        </w:rPr>
        <w:t xml:space="preserve">Arrangement: </w:t>
      </w:r>
      <w:r>
        <w:t>Flatpicked guitar, banjo, mandolin, fiddle, upright bass, foot percussion. Use a half-time bridge before the final fast chorus.</w:t>
      </w:r>
    </w:p>
    <w:p>
      <w:r>
        <w:rPr>
          <w:b/>
        </w:rPr>
        <w:t>Lyrics</w:t>
      </w:r>
    </w:p>
    <w:p>
      <w:r>
        <w:t>VERSE 1</w:t>
      </w:r>
    </w:p>
    <w:p>
      <w:r>
        <w:t>Cedar on the ridgeline, corn beside the road,</w:t>
      </w:r>
    </w:p>
    <w:p>
      <w:r>
        <w:t>Apples in the market and a truck with winter load.</w:t>
      </w:r>
    </w:p>
    <w:p>
      <w:r>
        <w:t>Guide boat in the morning, ski wax in the night,</w:t>
      </w:r>
    </w:p>
    <w:p>
      <w:r>
        <w:t>Everybody has a trade when the town is doing right.</w:t>
      </w:r>
    </w:p>
    <w:p/>
    <w:p>
      <w:r>
        <w:t>CHORUS</w:t>
      </w:r>
    </w:p>
    <w:p>
      <w:r>
        <w:t>Cedar, corn and snow,</w:t>
      </w:r>
    </w:p>
    <w:p>
      <w:r>
        <w:t>Let the local good things grow.</w:t>
      </w:r>
    </w:p>
    <w:p>
      <w:r>
        <w:t>Fish the lake and walk the trail,</w:t>
      </w:r>
    </w:p>
    <w:p>
      <w:r>
        <w:t>Feed the guest and tell the tale.</w:t>
      </w:r>
    </w:p>
    <w:p>
      <w:r>
        <w:t>Keep the water, keep the tree,</w:t>
      </w:r>
    </w:p>
    <w:p>
      <w:r>
        <w:t>Build a living carefully—</w:t>
      </w:r>
    </w:p>
    <w:p>
      <w:r>
        <w:t>Cedar, corn and snow,</w:t>
      </w:r>
    </w:p>
    <w:p>
      <w:r>
        <w:t>Let the local good things grow.</w:t>
      </w:r>
    </w:p>
    <w:p/>
    <w:p>
      <w:r>
        <w:t>VERSE 2</w:t>
      </w:r>
    </w:p>
    <w:p>
      <w:r>
        <w:t>Blueberry and salmon, onions, greens and bread,</w:t>
      </w:r>
    </w:p>
    <w:p>
      <w:r>
        <w:t>Stories from the farmers and the rivers where we fed.</w:t>
      </w:r>
    </w:p>
    <w:p>
      <w:r>
        <w:t>Five-star does not have to mean imported from afar,</w:t>
      </w:r>
    </w:p>
    <w:p>
      <w:r>
        <w:t>Sometimes world-class means remembering exactly where you are.</w:t>
      </w:r>
    </w:p>
    <w:p/>
    <w:p>
      <w:r>
        <w:t>BRIDGE</w:t>
      </w:r>
    </w:p>
    <w:p>
      <w:r>
        <w:t>Slow the wheels and hear the wind,</w:t>
      </w:r>
    </w:p>
    <w:p>
      <w:r>
        <w:t>Every season starts again.</w:t>
      </w:r>
    </w:p>
    <w:p>
      <w:r>
        <w:t>What we keep is what we give</w:t>
      </w:r>
    </w:p>
    <w:p>
      <w:r>
        <w:t>To the ones who come to live.</w:t>
      </w:r>
    </w:p>
    <w:p/>
    <w:p>
      <w:r>
        <w:t>FINAL CHORUS</w:t>
      </w:r>
    </w:p>
    <w:p>
      <w:r>
        <w:t>Cedar, corn and snow,</w:t>
      </w:r>
    </w:p>
    <w:p>
      <w:r>
        <w:t>Let the local good things grow.</w:t>
      </w:r>
    </w:p>
    <w:p>
      <w:r>
        <w:t>Keep the river, keep the trail,</w:t>
      </w:r>
    </w:p>
    <w:p>
      <w:r>
        <w:t>Feed the guest and tell the tale.</w:t>
      </w:r>
    </w:p>
    <w:p>
      <w:r>
        <w:t>Work with pride and spend it near,</w:t>
      </w:r>
    </w:p>
    <w:p>
      <w:r>
        <w:t>Give the next generation years—</w:t>
      </w:r>
    </w:p>
    <w:p>
      <w:r>
        <w:t>Cedar, corn and snow,</w:t>
      </w:r>
    </w:p>
    <w:p>
      <w:r>
        <w:t>Let the local good things grow.</w:t>
      </w:r>
    </w:p>
    <w:p>
      <w:r>
        <w:rPr>
          <w:b/>
        </w:rPr>
        <w:t>25. Table of the North</w:t>
      </w:r>
    </w:p>
    <w:p>
      <w:r>
        <w:rPr>
          <w:b/>
        </w:rPr>
        <w:t>R&amp;B / Neo-Soul</w:t>
      </w:r>
    </w:p>
    <w:p>
      <w:r>
        <w:t>F# minor • 88 BPM • 4/4 • 396 -&gt; 528 -&gt; 639 -&gt; 741 Hz arc</w:t>
      </w:r>
    </w:p>
    <w:p>
      <w:r>
        <w:rPr>
          <w:b/>
        </w:rPr>
        <w:t xml:space="preserve">Vocal Design: </w:t>
      </w:r>
      <w:r>
        <w:t>C#3-F#4 with optional B4 falsetto/ad-lib. Keep verse rhythm conversational; chorus should bloom into stacked thirds and sixths.</w:t>
      </w:r>
    </w:p>
    <w:p>
      <w:r>
        <w:rPr>
          <w:b/>
        </w:rPr>
        <w:t xml:space="preserve">Arrangement: </w:t>
      </w:r>
      <w:r>
        <w:t>Electric piano, sub/round bass, tight drums, clean guitar, soft synth, sax/flute accents. Leave space for vocal runs at line ends.</w:t>
      </w:r>
    </w:p>
    <w:p>
      <w:r>
        <w:rPr>
          <w:b/>
        </w:rPr>
        <w:t>Lyrics</w:t>
      </w:r>
    </w:p>
    <w:p>
      <w:r>
        <w:t>VERSE 1</w:t>
      </w:r>
    </w:p>
    <w:p>
      <w:r>
        <w:t>Put the north on the table, let the colours tell the truth,</w:t>
      </w:r>
    </w:p>
    <w:p>
      <w:r>
        <w:t>Greens from the garden, berries shining with the dew.</w:t>
      </w:r>
    </w:p>
    <w:p>
      <w:r>
        <w:t>River fish, orchard fruit, bread made down the road,</w:t>
      </w:r>
    </w:p>
    <w:p>
      <w:r>
        <w:t>Every plate can carry home no matter where you go.</w:t>
      </w:r>
    </w:p>
    <w:p/>
    <w:p>
      <w:r>
        <w:t>CHORUS</w:t>
      </w:r>
    </w:p>
    <w:p>
      <w:r>
        <w:t>Come sit at the table of the north,</w:t>
      </w:r>
    </w:p>
    <w:p>
      <w:r>
        <w:t>Taste the place and know its worth.</w:t>
      </w:r>
    </w:p>
    <w:p>
      <w:r>
        <w:t>Love in the labour, care in the flame,</w:t>
      </w:r>
    </w:p>
    <w:p>
      <w:r>
        <w:t>Local hands and local names.</w:t>
      </w:r>
    </w:p>
    <w:p>
      <w:r>
        <w:t>If the earth is good to us, let us be good in return,</w:t>
      </w:r>
    </w:p>
    <w:p>
      <w:r>
        <w:t>At the table of the north there is always more to learn.</w:t>
      </w:r>
    </w:p>
    <w:p/>
    <w:p>
      <w:r>
        <w:t>VERSE 2</w:t>
      </w:r>
    </w:p>
    <w:p>
      <w:r>
        <w:t>Tell me where it came from, tell me how the soil was kept,</w:t>
      </w:r>
    </w:p>
    <w:p>
      <w:r>
        <w:t>Tell me how the water moved and how the winter slept.</w:t>
      </w:r>
    </w:p>
    <w:p>
      <w:r>
        <w:t>Transparency is beautiful when nobody has to hide,</w:t>
      </w:r>
    </w:p>
    <w:p>
      <w:r>
        <w:t>Hospitality is deeper when the story comes with pride.</w:t>
      </w:r>
    </w:p>
    <w:p/>
    <w:p>
      <w:r>
        <w:t>BRIDGE</w:t>
      </w:r>
    </w:p>
    <w:p>
      <w:r>
        <w:t>Warmth is more than temperature,</w:t>
      </w:r>
    </w:p>
    <w:p>
      <w:r>
        <w:t>Well-being more than style,</w:t>
      </w:r>
    </w:p>
    <w:p>
      <w:r>
        <w:t>Sometimes care is eye to eye,</w:t>
      </w:r>
    </w:p>
    <w:p>
      <w:r>
        <w:t>And truth that stays awhile.</w:t>
      </w:r>
    </w:p>
    <w:p/>
    <w:p>
      <w:r>
        <w:t>FINAL CHORUS</w:t>
      </w:r>
    </w:p>
    <w:p>
      <w:r>
        <w:t>Come sit at the table of the north,</w:t>
      </w:r>
    </w:p>
    <w:p>
      <w:r>
        <w:t>Taste the place and know its worth.</w:t>
      </w:r>
    </w:p>
    <w:p>
      <w:r>
        <w:t>Love in the labour, care in the flame,</w:t>
      </w:r>
    </w:p>
    <w:p>
      <w:r>
        <w:t>Local hands and local names.</w:t>
      </w:r>
    </w:p>
    <w:p>
      <w:r>
        <w:t>If the earth is good to us, let us be good in return,</w:t>
      </w:r>
    </w:p>
    <w:p>
      <w:r>
        <w:t>At the table of the north there is always more to learn.</w:t>
      </w:r>
    </w:p>
    <w:p>
      <w:r>
        <w:rPr>
          <w:b/>
        </w:rPr>
        <w:t>26. One Living Map</w:t>
      </w:r>
    </w:p>
    <w:p>
      <w:r>
        <w:rPr>
          <w:b/>
        </w:rPr>
        <w:t>Cinematic / World / Ambient Folk</w:t>
      </w:r>
    </w:p>
    <w:p>
      <w:r>
        <w:t>A minor -&gt; C major • 66 BPM • free 4/4 • 174 -&gt; 432 -&gt; 528 -&gt; 852 -&gt; 963 Hz arc</w:t>
      </w:r>
    </w:p>
    <w:p>
      <w:r>
        <w:rPr>
          <w:b/>
        </w:rPr>
        <w:t xml:space="preserve">Vocal Design: </w:t>
      </w:r>
      <w:r>
        <w:t>A2-E4 lead with wordless choir up to A4. Long sustained vowels; breathing is part of the arrangement. Final note should feel released, not pushed.</w:t>
      </w:r>
    </w:p>
    <w:p>
      <w:r>
        <w:rPr>
          <w:b/>
        </w:rPr>
        <w:t xml:space="preserve">Arrangement: </w:t>
      </w:r>
      <w:r>
        <w:t>Low frame drum, piano, cello, acoustic guitar, flute, hand percussion, subtle synth drone, wide choir. Start with almost no pulse; introduce rhythm gradually, then dissolve into stillness.</w:t>
      </w:r>
    </w:p>
    <w:p>
      <w:r>
        <w:rPr>
          <w:b/>
        </w:rPr>
        <w:t>Lyrics</w:t>
      </w:r>
    </w:p>
    <w:p>
      <w:r>
        <w:t>VERSE 1</w:t>
      </w:r>
    </w:p>
    <w:p>
      <w:r>
        <w:t>A line on a map is only a line,</w:t>
      </w:r>
    </w:p>
    <w:p>
      <w:r>
        <w:t>But a river is moving and a forest has time.</w:t>
      </w:r>
    </w:p>
    <w:p>
      <w:r>
        <w:t>A field has a season, a mountain has snow,</w:t>
      </w:r>
    </w:p>
    <w:p>
      <w:r>
        <w:t>A town has a heartbeat when its own people grow.</w:t>
      </w:r>
    </w:p>
    <w:p/>
    <w:p>
      <w:r>
        <w:t>REFRAIN</w:t>
      </w:r>
    </w:p>
    <w:p>
      <w:r>
        <w:t>One living map, one breathing land,</w:t>
      </w:r>
    </w:p>
    <w:p>
      <w:r>
        <w:t>Water and weather, labour and hand.</w:t>
      </w:r>
    </w:p>
    <w:p>
      <w:r>
        <w:t>Travel it gently, leave beauty behind,</w:t>
      </w:r>
    </w:p>
    <w:p>
      <w:r>
        <w:t>A country is more than the wealth we can mine.</w:t>
      </w:r>
    </w:p>
    <w:p/>
    <w:p>
      <w:r>
        <w:t>VERSE 2</w:t>
      </w:r>
    </w:p>
    <w:p>
      <w:r>
        <w:t>A meal is a memory, a trail is a thread,</w:t>
      </w:r>
    </w:p>
    <w:p>
      <w:r>
        <w:t>A lodge is a lantern when the daylight has fled.</w:t>
      </w:r>
    </w:p>
    <w:p>
      <w:r>
        <w:t>A farmer, a guide, a cook, a small store—</w:t>
      </w:r>
    </w:p>
    <w:p>
      <w:r>
        <w:t>Every local connection can open one door more.</w:t>
      </w:r>
    </w:p>
    <w:p/>
    <w:p>
      <w:r>
        <w:t>BRIDGE</w:t>
      </w:r>
    </w:p>
    <w:p>
      <w:r>
        <w:t>Lower the noise, lift the heart,</w:t>
      </w:r>
    </w:p>
    <w:p>
      <w:r>
        <w:t>Know what is whole before taking it apart.</w:t>
      </w:r>
    </w:p>
    <w:p>
      <w:r>
        <w:t>Let love be a measure, let wisdom be wise,</w:t>
      </w:r>
    </w:p>
    <w:p>
      <w:r>
        <w:t>Let the future have rivers and unbroken skies.</w:t>
      </w:r>
    </w:p>
    <w:p/>
    <w:p>
      <w:r>
        <w:t>FINAL REFRAIN</w:t>
      </w:r>
    </w:p>
    <w:p>
      <w:r>
        <w:t>One living map, one breathing land,</w:t>
      </w:r>
    </w:p>
    <w:p>
      <w:r>
        <w:t>Water and weather, labour and hand.</w:t>
      </w:r>
    </w:p>
    <w:p>
      <w:r>
        <w:t>Travel it gently, leave beauty behind,</w:t>
      </w:r>
    </w:p>
    <w:p>
      <w:r>
        <w:t>A country is more than the wealth we can mine.</w:t>
      </w:r>
    </w:p>
    <w:p/>
    <w:p>
      <w:r>
        <w:t>OUTRO</w:t>
      </w:r>
    </w:p>
    <w:p>
      <w:r>
        <w:t>Keep the water.</w:t>
      </w:r>
    </w:p>
    <w:p>
      <w:r>
        <w:t>Keep the wonder.</w:t>
      </w:r>
    </w:p>
    <w:p>
      <w:r>
        <w:t>Keep a place for those who come after.</w:t>
      </w:r>
    </w:p>
    <w:p>
      <w:r>
        <w:rPr>
          <w:b/>
        </w:rPr>
        <w:t>Genre-Set Production Rule</w:t>
      </w:r>
    </w:p>
    <w:p>
      <w:r>
        <w:t>These songs should not be mechanically genre-swapped versions of the same composition. Each title has a separate melodic identity, lyric perspective, tempo, groove and vocal contour. The shared frequency palette is an emotional-production framework: grounding in the low register, rising harmonic brightness for hope and connection, and spacious high-register textures for reflection and release. Do not advertise the frequencies as cures or medical treatment.</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Controlled production document - 4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16"/>
      </w:rPr>
      <w:t>FROM DARKNESS INTO LIGHT  |  FINAL PRODUCTION MASTER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